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2A7EC" w14:textId="51B50865" w:rsidR="002A260C" w:rsidRDefault="002A260C" w:rsidP="002A260C">
      <w:pPr>
        <w:tabs>
          <w:tab w:val="left" w:pos="0"/>
        </w:tabs>
        <w:spacing w:after="40"/>
        <w:jc w:val="center"/>
        <w:rPr>
          <w:b/>
          <w:color w:val="2F5974"/>
        </w:rPr>
      </w:pPr>
      <w:r w:rsidRPr="00AC6743">
        <w:rPr>
          <w:noProof/>
        </w:rPr>
        <w:drawing>
          <wp:anchor distT="0" distB="0" distL="114300" distR="114300" simplePos="0" relativeHeight="251659264" behindDoc="1" locked="0" layoutInCell="1" allowOverlap="1" wp14:anchorId="40205910" wp14:editId="611B2E73">
            <wp:simplePos x="0" y="0"/>
            <wp:positionH relativeFrom="column">
              <wp:posOffset>-80010</wp:posOffset>
            </wp:positionH>
            <wp:positionV relativeFrom="paragraph">
              <wp:posOffset>101600</wp:posOffset>
            </wp:positionV>
            <wp:extent cx="1272540" cy="1272540"/>
            <wp:effectExtent l="0" t="0" r="3810" b="3810"/>
            <wp:wrapTight wrapText="bothSides">
              <wp:wrapPolygon edited="0">
                <wp:start x="0" y="0"/>
                <wp:lineTo x="0" y="21341"/>
                <wp:lineTo x="21341" y="21341"/>
                <wp:lineTo x="21341" y="0"/>
                <wp:lineTo x="0" y="0"/>
              </wp:wrapPolygon>
            </wp:wrapTight>
            <wp:docPr id="1270856627" name="Obraz 1270856627" descr="C:\Users\Bogumiła Gos\Downloads\ChatGPT Image 14 sie 2026, 14_13_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gumiła Gos\Downloads\ChatGPT Image 14 sie 2026, 14_13_5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4611D" w14:textId="77777777" w:rsidR="002A260C" w:rsidRDefault="002A260C" w:rsidP="002A260C">
      <w:pPr>
        <w:tabs>
          <w:tab w:val="left" w:pos="0"/>
        </w:tabs>
        <w:spacing w:after="40"/>
        <w:rPr>
          <w:b/>
          <w:color w:val="2F5974"/>
        </w:rPr>
      </w:pPr>
    </w:p>
    <w:p w14:paraId="7892B425" w14:textId="77777777" w:rsidR="002A260C" w:rsidRDefault="002A260C" w:rsidP="002A260C">
      <w:pPr>
        <w:tabs>
          <w:tab w:val="left" w:pos="0"/>
        </w:tabs>
        <w:spacing w:after="40"/>
        <w:rPr>
          <w:b/>
          <w:color w:val="2F5974"/>
        </w:rPr>
      </w:pPr>
    </w:p>
    <w:p w14:paraId="76DF66F6" w14:textId="77777777" w:rsidR="002A260C" w:rsidRDefault="002A260C" w:rsidP="002A260C">
      <w:pPr>
        <w:tabs>
          <w:tab w:val="left" w:pos="0"/>
        </w:tabs>
        <w:spacing w:after="40"/>
        <w:rPr>
          <w:b/>
          <w:color w:val="2F5974"/>
        </w:rPr>
      </w:pPr>
    </w:p>
    <w:p w14:paraId="355F8B8A" w14:textId="216DCDC5" w:rsidR="00F16405" w:rsidRPr="00AC6743" w:rsidRDefault="00F16405" w:rsidP="002A260C">
      <w:pPr>
        <w:tabs>
          <w:tab w:val="left" w:pos="0"/>
        </w:tabs>
        <w:spacing w:after="40"/>
        <w:jc w:val="center"/>
      </w:pPr>
      <w:r w:rsidRPr="00AC6743">
        <w:rPr>
          <w:b/>
          <w:color w:val="2F5974"/>
        </w:rPr>
        <w:t xml:space="preserve">OPINIA O </w:t>
      </w:r>
      <w:r w:rsidRPr="002A260C">
        <w:rPr>
          <w:b/>
          <w:color w:val="3F6F8F"/>
        </w:rPr>
        <w:t>FUNKCJONOWANIU</w:t>
      </w:r>
      <w:r w:rsidRPr="00AC6743">
        <w:rPr>
          <w:b/>
          <w:color w:val="2F5974"/>
        </w:rPr>
        <w:t xml:space="preserve"> </w:t>
      </w:r>
      <w:r w:rsidR="002A260C" w:rsidRPr="002A260C">
        <w:rPr>
          <w:b/>
          <w:color w:val="3F6F8F"/>
        </w:rPr>
        <w:t xml:space="preserve">UCZNIA W SZKOLE, </w:t>
      </w:r>
      <w:r w:rsidR="002A260C">
        <w:rPr>
          <w:b/>
          <w:color w:val="3F6F8F"/>
        </w:rPr>
        <w:br/>
      </w:r>
      <w:r w:rsidR="002A260C" w:rsidRPr="002A260C">
        <w:rPr>
          <w:b/>
          <w:color w:val="3F6F8F"/>
        </w:rPr>
        <w:t>OŚRODKU LUB PLACÓWCE</w:t>
      </w:r>
    </w:p>
    <w:p w14:paraId="42A8F498" w14:textId="2D78F404" w:rsidR="00C10A9B" w:rsidRPr="00AC6743" w:rsidRDefault="00C10A9B" w:rsidP="00F16405">
      <w:pPr>
        <w:tabs>
          <w:tab w:val="left" w:pos="0"/>
        </w:tabs>
        <w:spacing w:after="40"/>
      </w:pPr>
    </w:p>
    <w:p w14:paraId="66BC394B" w14:textId="77777777" w:rsidR="00C10A9B" w:rsidRPr="00AC6743" w:rsidRDefault="00086CEB" w:rsidP="00FF5DDC">
      <w:pPr>
        <w:spacing w:after="80" w:line="240" w:lineRule="auto"/>
        <w:rPr>
          <w:b/>
          <w:sz w:val="22"/>
        </w:rPr>
      </w:pPr>
      <w:r w:rsidRPr="00AC6743">
        <w:rPr>
          <w:b/>
          <w:sz w:val="22"/>
        </w:rPr>
        <w:t>Wzór do stosowania od 1 września 2026 r. na potrzeby postępowania prowadzonego przez zespół orzekający w publicznej poradni psychologiczno-pedagogicznej, zgodnie z § 7 rozporządzenia Ministra Edukacji z dnia 2 marca 2026 r. w sprawie orzeczeń i opinii wydawanych przez zespoły orzekające działające w publicznych poradniach psychologiczno-pedagogicznych (Dz.U. z 2026 r. poz. 428).</w:t>
      </w:r>
    </w:p>
    <w:p w14:paraId="2C6D6AEC" w14:textId="77777777" w:rsidR="00FF5DDC" w:rsidRPr="00AC6743" w:rsidRDefault="00FF5DDC" w:rsidP="00FF5DDC">
      <w:pPr>
        <w:spacing w:after="0"/>
        <w:rPr>
          <w:i/>
        </w:rPr>
      </w:pPr>
    </w:p>
    <w:p w14:paraId="5DEED66C" w14:textId="19D1E60E" w:rsidR="00C10A9B" w:rsidRPr="00AC6743" w:rsidRDefault="00086CEB" w:rsidP="00FF5DDC">
      <w:pPr>
        <w:spacing w:after="80" w:line="240" w:lineRule="auto"/>
      </w:pPr>
      <w:bookmarkStart w:id="0" w:name="_Hlk240625733"/>
      <w:r w:rsidRPr="00AC6743">
        <w:rPr>
          <w:i/>
        </w:rPr>
        <w:t>Opis powinien odnosić się do rzeczywistego funkcjonowania ucznia w środowisku</w:t>
      </w:r>
      <w:r w:rsidR="008D69CA">
        <w:rPr>
          <w:i/>
        </w:rPr>
        <w:t xml:space="preserve"> </w:t>
      </w:r>
      <w:r w:rsidRPr="00AC6743">
        <w:rPr>
          <w:i/>
        </w:rPr>
        <w:t xml:space="preserve">szkolnym </w:t>
      </w:r>
      <w:r w:rsidR="008D69CA">
        <w:rPr>
          <w:i/>
        </w:rPr>
        <w:br/>
      </w:r>
      <w:r w:rsidRPr="00AC6743">
        <w:rPr>
          <w:i/>
        </w:rPr>
        <w:t xml:space="preserve">i uwzględniać wyniki obserwacji funkcjonowania oraz działań diagnostycznych prowadzonych </w:t>
      </w:r>
      <w:r w:rsidR="008D69CA">
        <w:rPr>
          <w:i/>
        </w:rPr>
        <w:br/>
      </w:r>
      <w:r w:rsidRPr="00AC6743">
        <w:rPr>
          <w:i/>
        </w:rPr>
        <w:t>w placówce.</w:t>
      </w:r>
    </w:p>
    <w:bookmarkEnd w:id="0"/>
    <w:p w14:paraId="2EA4E7D2" w14:textId="13DA84D0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I</w:t>
      </w:r>
      <w:r w:rsidR="00470B5F">
        <w:rPr>
          <w:lang w:val="pl-PL"/>
        </w:rPr>
        <w:t>.</w:t>
      </w:r>
      <w:r w:rsidRPr="00AC6743">
        <w:rPr>
          <w:lang w:val="pl-PL"/>
        </w:rPr>
        <w:t xml:space="preserve"> </w:t>
      </w:r>
      <w:r w:rsidR="00086CEB" w:rsidRPr="00AC6743">
        <w:rPr>
          <w:lang w:val="pl-PL"/>
        </w:rPr>
        <w:t>DANE IDENTYFIKACYJNE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803"/>
      </w:tblGrid>
      <w:tr w:rsidR="00C10A9B" w:rsidRPr="00AC6743" w14:paraId="14D9DF95" w14:textId="77777777" w:rsidTr="004D1112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075E1D10" w14:textId="33BCBE33" w:rsidR="00C10A9B" w:rsidRPr="00AC6743" w:rsidRDefault="00086CEB" w:rsidP="00F16405">
            <w:pPr>
              <w:spacing w:after="0"/>
              <w:contextualSpacing/>
              <w:jc w:val="left"/>
            </w:pPr>
            <w:permStart w:id="619519331" w:edGrp="everyone" w:colFirst="1" w:colLast="1"/>
            <w:r w:rsidRPr="00AC6743">
              <w:rPr>
                <w:b/>
              </w:rPr>
              <w:t>Imię i nazwisko ucznia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08DA403" w14:textId="0DE2DCD9" w:rsidR="00C10A9B" w:rsidRPr="00AC6743" w:rsidRDefault="00F20485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tr w:rsidR="00C10A9B" w:rsidRPr="00AC6743" w14:paraId="46F4EC99" w14:textId="77777777" w:rsidTr="004D1112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05631E77" w14:textId="77777777" w:rsidR="00C10A9B" w:rsidRPr="00AC6743" w:rsidRDefault="00086CEB" w:rsidP="00F16405">
            <w:pPr>
              <w:spacing w:after="0"/>
              <w:contextualSpacing/>
              <w:jc w:val="left"/>
            </w:pPr>
            <w:permStart w:id="2013356538" w:edGrp="everyone" w:colFirst="1" w:colLast="1"/>
            <w:permEnd w:id="619519331"/>
            <w:r w:rsidRPr="00AC6743">
              <w:rPr>
                <w:b/>
              </w:rPr>
              <w:t>Data urodzenia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6946BB6" w14:textId="5E7A2E0D" w:rsidR="00C10A9B" w:rsidRPr="00AC6743" w:rsidRDefault="00F20485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tr w:rsidR="00C10A9B" w:rsidRPr="00AC6743" w14:paraId="180BDCB6" w14:textId="77777777" w:rsidTr="004D1112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D258E5C" w14:textId="4D663DCF" w:rsidR="00C10A9B" w:rsidRPr="00AC6743" w:rsidRDefault="001032C6" w:rsidP="00F16405">
            <w:pPr>
              <w:spacing w:after="0"/>
              <w:contextualSpacing/>
              <w:jc w:val="left"/>
            </w:pPr>
            <w:permStart w:id="2045381254" w:edGrp="everyone" w:colFirst="1" w:colLast="1"/>
            <w:permEnd w:id="2013356538"/>
            <w:r>
              <w:rPr>
                <w:b/>
              </w:rPr>
              <w:t>S</w:t>
            </w:r>
            <w:r w:rsidR="00086CEB" w:rsidRPr="00AC6743">
              <w:rPr>
                <w:b/>
              </w:rPr>
              <w:t>zkoła / placówka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64D34506" w14:textId="47AB3E10" w:rsidR="00C10A9B" w:rsidRPr="00AC6743" w:rsidRDefault="00F20485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tr w:rsidR="00C10A9B" w:rsidRPr="00AC6743" w14:paraId="0F541855" w14:textId="77777777" w:rsidTr="004D1112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A1EEA51" w14:textId="77777777" w:rsidR="00C10A9B" w:rsidRPr="00AC6743" w:rsidRDefault="00086CEB" w:rsidP="00F16405">
            <w:pPr>
              <w:spacing w:after="0"/>
              <w:contextualSpacing/>
              <w:jc w:val="left"/>
            </w:pPr>
            <w:permStart w:id="2000177906" w:edGrp="everyone" w:colFirst="1" w:colLast="1"/>
            <w:permEnd w:id="2045381254"/>
            <w:r w:rsidRPr="00AC6743">
              <w:rPr>
                <w:b/>
              </w:rPr>
              <w:t>Oddział / klasa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F0FE1BF" w14:textId="6EF360C1" w:rsidR="00C10A9B" w:rsidRPr="00AC6743" w:rsidRDefault="00F20485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tr w:rsidR="00C10A9B" w:rsidRPr="00AC6743" w14:paraId="330C99D5" w14:textId="77777777" w:rsidTr="004D1112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8363458" w14:textId="77777777" w:rsidR="00C10A9B" w:rsidRPr="00AC6743" w:rsidRDefault="00086CEB" w:rsidP="00F16405">
            <w:pPr>
              <w:spacing w:after="0"/>
              <w:contextualSpacing/>
              <w:jc w:val="left"/>
            </w:pPr>
            <w:permStart w:id="1686003410" w:edGrp="everyone" w:colFirst="1" w:colLast="1"/>
            <w:permEnd w:id="2000177906"/>
            <w:r w:rsidRPr="00AC6743">
              <w:rPr>
                <w:b/>
              </w:rPr>
              <w:t>Data wydania opinii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282E80A" w14:textId="75D0FA00" w:rsidR="00C10A9B" w:rsidRPr="00AC6743" w:rsidRDefault="00F20485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permEnd w:id="1686003410"/>
    </w:tbl>
    <w:p w14:paraId="02EE04B4" w14:textId="77777777" w:rsidR="002A260C" w:rsidRDefault="002A260C">
      <w:pPr>
        <w:pStyle w:val="FormSection"/>
        <w:rPr>
          <w:lang w:val="pl-PL"/>
        </w:rPr>
      </w:pPr>
    </w:p>
    <w:p w14:paraId="05763DD3" w14:textId="4125DD87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II</w:t>
      </w:r>
      <w:r w:rsidR="00470B5F">
        <w:rPr>
          <w:lang w:val="pl-PL"/>
        </w:rPr>
        <w:t>.</w:t>
      </w:r>
      <w:r w:rsidRPr="00AC6743">
        <w:rPr>
          <w:lang w:val="pl-PL"/>
        </w:rPr>
        <w:t xml:space="preserve"> </w:t>
      </w:r>
      <w:r w:rsidR="00086CEB" w:rsidRPr="00AC6743">
        <w:rPr>
          <w:lang w:val="pl-PL"/>
        </w:rPr>
        <w:t>PODSTAWA OPRACOWANIA OPINII</w:t>
      </w:r>
    </w:p>
    <w:p w14:paraId="242E7908" w14:textId="1B3F7BF6" w:rsidR="002329D5" w:rsidRPr="00AC6743" w:rsidRDefault="00086CEB" w:rsidP="00D5221B">
      <w:pPr>
        <w:spacing w:after="80"/>
      </w:pPr>
      <w:r w:rsidRPr="00AC6743">
        <w:t>Opinia uwzględnia wyniki obserwacji funkcjonowania ucznia oraz działań diagnostycznych prowadzonych w placówce.</w:t>
      </w:r>
    </w:p>
    <w:p w14:paraId="25E5F648" w14:textId="08664677" w:rsidR="002329D5" w:rsidRPr="00AC6743" w:rsidRDefault="00D5221B" w:rsidP="00B12E93">
      <w:pPr>
        <w:pStyle w:val="Akapitzlist"/>
        <w:numPr>
          <w:ilvl w:val="0"/>
          <w:numId w:val="11"/>
        </w:numPr>
        <w:spacing w:after="80"/>
        <w:ind w:left="567"/>
        <w:jc w:val="left"/>
      </w:pPr>
      <w:r w:rsidRPr="00AC6743">
        <w:t>zastosowane narzędzie</w:t>
      </w:r>
      <w:r w:rsidR="00B12E93">
        <w:t xml:space="preserve"> </w:t>
      </w:r>
      <w:r w:rsidRPr="00AC6743">
        <w:t>diagnostyczne</w:t>
      </w:r>
      <w:r w:rsidR="009A1A43" w:rsidRPr="00AC6743">
        <w:t>:</w:t>
      </w:r>
      <w:r w:rsidR="002A4BB3">
        <w:t xml:space="preserve"> </w:t>
      </w:r>
      <w:permStart w:id="702571620" w:edGrp="everyone"/>
      <w:r w:rsidR="002A4BB3">
        <w:t>…………………………………</w:t>
      </w:r>
      <w:r w:rsidR="008B4699">
        <w:t>…</w:t>
      </w:r>
      <w:r w:rsidR="002A4BB3">
        <w:t>………………………</w:t>
      </w:r>
    </w:p>
    <w:permEnd w:id="702571620"/>
    <w:p w14:paraId="0721A592" w14:textId="258BC4B6" w:rsidR="001076E1" w:rsidRPr="00AC6743" w:rsidRDefault="001076E1" w:rsidP="00B12E93">
      <w:pPr>
        <w:pStyle w:val="Akapitzlist"/>
        <w:numPr>
          <w:ilvl w:val="0"/>
          <w:numId w:val="11"/>
        </w:numPr>
        <w:spacing w:after="80"/>
        <w:ind w:left="567"/>
        <w:jc w:val="left"/>
      </w:pPr>
      <w:r w:rsidRPr="00AC6743">
        <w:t>najważniejszy wynik/wniosek dia</w:t>
      </w:r>
      <w:r w:rsidR="002329D5" w:rsidRPr="00AC6743">
        <w:t>gnostyczny:</w:t>
      </w:r>
      <w:r w:rsidR="002A4BB3">
        <w:t xml:space="preserve"> </w:t>
      </w:r>
      <w:permStart w:id="1329410116" w:edGrp="everyone"/>
      <w:r w:rsidR="002A4BB3">
        <w:t>………………………………………………….</w:t>
      </w:r>
      <w:r w:rsidR="00B12E93">
        <w:br/>
      </w:r>
      <w:r w:rsidR="002A4BB3">
        <w:t>…………………………………………………………………………………………………………………………………………………………………………………………………………</w:t>
      </w:r>
      <w:permEnd w:id="1329410116"/>
    </w:p>
    <w:p w14:paraId="6093E9C0" w14:textId="77777777" w:rsidR="00FF5DDC" w:rsidRPr="00A6788B" w:rsidRDefault="00FF5DDC">
      <w:pPr>
        <w:spacing w:after="80"/>
        <w:rPr>
          <w:b/>
          <w:sz w:val="16"/>
          <w:szCs w:val="16"/>
        </w:rPr>
      </w:pPr>
    </w:p>
    <w:p w14:paraId="30D98D50" w14:textId="723DC20B" w:rsidR="00C10A9B" w:rsidRPr="00AC6743" w:rsidRDefault="00086CEB">
      <w:pPr>
        <w:spacing w:after="80"/>
      </w:pPr>
      <w:r w:rsidRPr="00AC6743">
        <w:rPr>
          <w:b/>
        </w:rPr>
        <w:t>Dodatkowo wykorzystano (zaznaczyć właściwe</w:t>
      </w:r>
      <w:r w:rsidRPr="00AC6743">
        <w:t>):</w:t>
      </w:r>
    </w:p>
    <w:p w14:paraId="250EF42C" w14:textId="1C585818" w:rsidR="00C10A9B" w:rsidRPr="00AC6743" w:rsidRDefault="00086CEB" w:rsidP="00A6788B">
      <w:pPr>
        <w:pStyle w:val="Akapitzlist"/>
        <w:numPr>
          <w:ilvl w:val="0"/>
          <w:numId w:val="12"/>
        </w:numPr>
        <w:spacing w:after="40"/>
        <w:ind w:left="567" w:hanging="425"/>
        <w:jc w:val="left"/>
      </w:pPr>
      <w:r w:rsidRPr="00AC6743">
        <w:t>informacje nauczycieli / wychowawcy grupy</w:t>
      </w:r>
    </w:p>
    <w:p w14:paraId="49B9F677" w14:textId="7CE50C1C" w:rsidR="00C10A9B" w:rsidRPr="00AC6743" w:rsidRDefault="00086CEB" w:rsidP="00A6788B">
      <w:pPr>
        <w:pStyle w:val="Akapitzlist"/>
        <w:numPr>
          <w:ilvl w:val="0"/>
          <w:numId w:val="12"/>
        </w:numPr>
        <w:spacing w:after="40"/>
        <w:ind w:left="567" w:hanging="425"/>
        <w:jc w:val="left"/>
      </w:pPr>
      <w:r w:rsidRPr="00AC6743">
        <w:t>informacje specjalistów prowadzących zajęcia z uczniem</w:t>
      </w:r>
    </w:p>
    <w:p w14:paraId="3F170156" w14:textId="77777777" w:rsidR="008B4699" w:rsidRDefault="00086CEB" w:rsidP="00A6788B">
      <w:pPr>
        <w:pStyle w:val="Akapitzlist"/>
        <w:numPr>
          <w:ilvl w:val="0"/>
          <w:numId w:val="12"/>
        </w:numPr>
        <w:spacing w:after="40"/>
        <w:ind w:left="567" w:hanging="425"/>
        <w:jc w:val="left"/>
      </w:pPr>
      <w:r w:rsidRPr="00AC6743">
        <w:t>dokumentację dotyczącą udzielanej pomocy psychologiczno-pedagogicznej lub wczesnego</w:t>
      </w:r>
      <w:r w:rsidR="00FD2231">
        <w:t xml:space="preserve"> </w:t>
      </w:r>
      <w:r w:rsidRPr="00AC6743">
        <w:t>wspomagania rozwoju</w:t>
      </w:r>
    </w:p>
    <w:p w14:paraId="6482F413" w14:textId="34E67371" w:rsidR="00C10A9B" w:rsidRPr="00AC6743" w:rsidRDefault="00086CEB" w:rsidP="00A6788B">
      <w:pPr>
        <w:pStyle w:val="Akapitzlist"/>
        <w:numPr>
          <w:ilvl w:val="0"/>
          <w:numId w:val="12"/>
        </w:numPr>
        <w:spacing w:after="40"/>
        <w:ind w:left="567" w:hanging="425"/>
        <w:jc w:val="left"/>
      </w:pPr>
      <w:r w:rsidRPr="00AC6743">
        <w:t>inną dokumentację istotną dla opisu funkcjonowania:</w:t>
      </w:r>
      <w:r w:rsidR="002A4BB3">
        <w:t xml:space="preserve"> </w:t>
      </w:r>
      <w:permStart w:id="404716502" w:edGrp="everyone"/>
      <w:r w:rsidR="002A4BB3">
        <w:t xml:space="preserve"> …………………………………………</w:t>
      </w:r>
      <w:permEnd w:id="404716502"/>
      <w:r w:rsidR="002618D6" w:rsidRPr="00AC6743">
        <w:br w:type="page"/>
      </w:r>
    </w:p>
    <w:p w14:paraId="0EDA7BD6" w14:textId="64B06632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lastRenderedPageBreak/>
        <w:t>III</w:t>
      </w:r>
      <w:r w:rsidR="00470B5F">
        <w:rPr>
          <w:lang w:val="pl-PL"/>
        </w:rPr>
        <w:t>.</w:t>
      </w:r>
      <w:r w:rsidRPr="00AC6743">
        <w:rPr>
          <w:lang w:val="pl-PL"/>
        </w:rPr>
        <w:t xml:space="preserve"> </w:t>
      </w:r>
      <w:r w:rsidR="00086CEB" w:rsidRPr="00AC6743">
        <w:rPr>
          <w:lang w:val="pl-PL"/>
        </w:rPr>
        <w:t>FUNKCJONOWANIE UCZNIA</w:t>
      </w:r>
    </w:p>
    <w:p w14:paraId="6ECD68AD" w14:textId="1DC5F096" w:rsidR="00C10A9B" w:rsidRPr="00AC6743" w:rsidRDefault="00086CEB" w:rsidP="00B823DE">
      <w:pPr>
        <w:spacing w:after="0"/>
      </w:pPr>
      <w:r w:rsidRPr="00AC6743">
        <w:t>Najważniejsze mocne strony i uzdolnienia</w:t>
      </w:r>
      <w:r w:rsidR="00F20485">
        <w:t>.</w:t>
      </w:r>
    </w:p>
    <w:p w14:paraId="5935ADEE" w14:textId="796A9510" w:rsidR="001076E1" w:rsidRPr="00AC6743" w:rsidRDefault="001076E1" w:rsidP="00B823DE">
      <w:pPr>
        <w:spacing w:after="0"/>
      </w:pPr>
      <w:r w:rsidRPr="00AC6743">
        <w:t>W opisie należy uwzględnić, jeżeli mają znaczenie, czynniki utrudniające i ułatwiające funkcjonowanie</w:t>
      </w:r>
      <w:r w:rsidR="00FD2231">
        <w:t xml:space="preserve"> </w:t>
      </w:r>
      <w:r w:rsidRPr="00AC6743">
        <w:t>ucznia.</w:t>
      </w:r>
    </w:p>
    <w:tbl>
      <w:tblPr>
        <w:tblStyle w:val="Tabela-Siatka"/>
        <w:tblW w:w="10706" w:type="dxa"/>
        <w:jc w:val="center"/>
        <w:tblLayout w:type="fixed"/>
        <w:tblLook w:val="04A0" w:firstRow="1" w:lastRow="0" w:firstColumn="1" w:lastColumn="0" w:noHBand="0" w:noVBand="1"/>
      </w:tblPr>
      <w:tblGrid>
        <w:gridCol w:w="2831"/>
        <w:gridCol w:w="7875"/>
      </w:tblGrid>
      <w:tr w:rsidR="00F70E5B" w:rsidRPr="00422B55" w14:paraId="0DBDF67C" w14:textId="4806E807" w:rsidTr="00E33BFC">
        <w:trPr>
          <w:cantSplit/>
          <w:trHeight w:val="1020"/>
          <w:jc w:val="center"/>
        </w:trPr>
        <w:tc>
          <w:tcPr>
            <w:tcW w:w="283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79A83C5" w14:textId="7EFE2BA1" w:rsidR="00F70E5B" w:rsidRPr="00422B55" w:rsidRDefault="00F70E5B">
            <w:pPr>
              <w:spacing w:after="0"/>
              <w:jc w:val="left"/>
              <w:rPr>
                <w:szCs w:val="24"/>
              </w:rPr>
            </w:pPr>
            <w:permStart w:id="232335866" w:edGrp="everyone" w:colFirst="1" w:colLast="1"/>
            <w:r w:rsidRPr="00422B55">
              <w:rPr>
                <w:b/>
                <w:szCs w:val="24"/>
              </w:rPr>
              <w:t xml:space="preserve">Mocne strony </w:t>
            </w:r>
            <w:r w:rsidR="00653BEB">
              <w:rPr>
                <w:b/>
                <w:szCs w:val="24"/>
              </w:rPr>
              <w:br/>
            </w:r>
            <w:r w:rsidRPr="00422B55">
              <w:rPr>
                <w:b/>
                <w:szCs w:val="24"/>
              </w:rPr>
              <w:t xml:space="preserve">i uzdolnienia </w:t>
            </w:r>
            <w:r w:rsidR="008D69CA">
              <w:rPr>
                <w:b/>
                <w:szCs w:val="24"/>
              </w:rPr>
              <w:br/>
            </w:r>
            <w:r w:rsidRPr="008D69CA">
              <w:rPr>
                <w:sz w:val="20"/>
                <w:szCs w:val="20"/>
              </w:rPr>
              <w:t>(</w:t>
            </w:r>
            <w:r w:rsidRPr="008D69CA">
              <w:rPr>
                <w:i/>
                <w:sz w:val="20"/>
                <w:szCs w:val="20"/>
              </w:rPr>
              <w:t>co uczeń robi dobrze, jakie ma</w:t>
            </w:r>
            <w:r w:rsidR="004203FE" w:rsidRPr="008D69CA">
              <w:rPr>
                <w:i/>
                <w:sz w:val="20"/>
                <w:szCs w:val="20"/>
              </w:rPr>
              <w:t xml:space="preserve"> </w:t>
            </w:r>
            <w:r w:rsidRPr="008D69CA">
              <w:rPr>
                <w:i/>
                <w:sz w:val="20"/>
                <w:szCs w:val="20"/>
              </w:rPr>
              <w:t>zainteresowania, talenty, preferowane formy pracy</w:t>
            </w:r>
            <w:r w:rsidRPr="008D69CA">
              <w:rPr>
                <w:sz w:val="20"/>
                <w:szCs w:val="20"/>
              </w:rPr>
              <w:t>)</w:t>
            </w:r>
          </w:p>
        </w:tc>
        <w:tc>
          <w:tcPr>
            <w:tcW w:w="7874" w:type="dxa"/>
            <w:shd w:val="clear" w:color="auto" w:fill="auto"/>
          </w:tcPr>
          <w:p w14:paraId="4C0026D0" w14:textId="51A2AED2" w:rsidR="00653BEB" w:rsidRPr="00422B55" w:rsidRDefault="002A4BB3">
            <w:pPr>
              <w:spacing w:after="0"/>
              <w:jc w:val="left"/>
              <w:rPr>
                <w:szCs w:val="24"/>
              </w:rPr>
            </w:pPr>
            <w:r>
              <w:rPr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</w:tr>
      <w:tr w:rsidR="00F70E5B" w:rsidRPr="00422B55" w14:paraId="70E353AD" w14:textId="33DA7855" w:rsidTr="00E33BFC">
        <w:trPr>
          <w:cantSplit/>
          <w:trHeight w:val="1020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50D0AF56" w14:textId="7F95E1BE" w:rsidR="00F70E5B" w:rsidRPr="00422B55" w:rsidRDefault="00F70E5B">
            <w:pPr>
              <w:spacing w:after="0"/>
              <w:jc w:val="left"/>
              <w:rPr>
                <w:szCs w:val="24"/>
              </w:rPr>
            </w:pPr>
            <w:permStart w:id="704475838" w:edGrp="everyone" w:colFirst="1" w:colLast="1"/>
            <w:permEnd w:id="232335866"/>
            <w:r w:rsidRPr="00422B55">
              <w:rPr>
                <w:b/>
                <w:szCs w:val="24"/>
              </w:rPr>
              <w:t xml:space="preserve">Trudności ucznia </w:t>
            </w:r>
            <w:r w:rsidRPr="008D69CA">
              <w:rPr>
                <w:sz w:val="20"/>
                <w:szCs w:val="20"/>
              </w:rPr>
              <w:t>(</w:t>
            </w:r>
            <w:r w:rsidRPr="008D69CA">
              <w:rPr>
                <w:i/>
                <w:sz w:val="20"/>
                <w:szCs w:val="20"/>
              </w:rPr>
              <w:t xml:space="preserve">myślenie logiczne, rozwiązywanie problemów, koncentracja uwagi, pamięć, rozumienie poleceń, tempo pracy, wytrwałość, czytanie – tempo, płynność, rozumienie tekstu, pisanie, estetyka błędy, tempo; liczenie i umiejętności matematyczne; organizacja pracy, samodzielność podczas wykonywania zadań </w:t>
            </w:r>
            <w:r w:rsidRPr="008D69CA">
              <w:rPr>
                <w:sz w:val="20"/>
                <w:szCs w:val="20"/>
              </w:rPr>
              <w:t>)</w:t>
            </w:r>
          </w:p>
        </w:tc>
        <w:tc>
          <w:tcPr>
            <w:tcW w:w="7876" w:type="dxa"/>
            <w:shd w:val="clear" w:color="auto" w:fill="auto"/>
          </w:tcPr>
          <w:p w14:paraId="5F471FF5" w14:textId="68FE639A" w:rsidR="00F70E5B" w:rsidRPr="001D064B" w:rsidRDefault="002A4BB3">
            <w:pPr>
              <w:spacing w:after="0"/>
              <w:jc w:val="left"/>
              <w:rPr>
                <w:szCs w:val="24"/>
              </w:rPr>
            </w:pPr>
            <w:r w:rsidRPr="001D064B">
              <w:rPr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permEnd w:id="704475838"/>
    </w:tbl>
    <w:p w14:paraId="7A08DD5F" w14:textId="7A9371B5" w:rsidR="00B12E93" w:rsidRPr="004203FE" w:rsidRDefault="00B12E93" w:rsidP="004203FE">
      <w:pPr>
        <w:spacing w:after="80"/>
        <w:rPr>
          <w:sz w:val="20"/>
          <w:szCs w:val="20"/>
        </w:rPr>
      </w:pPr>
    </w:p>
    <w:tbl>
      <w:tblPr>
        <w:tblStyle w:val="Tabela-Siatka"/>
        <w:tblW w:w="10718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7888"/>
      </w:tblGrid>
      <w:tr w:rsidR="00C10A9B" w:rsidRPr="00AC6743" w14:paraId="2159B00C" w14:textId="77777777" w:rsidTr="004203FE">
        <w:trPr>
          <w:cantSplit/>
          <w:trHeight w:val="454"/>
          <w:jc w:val="center"/>
        </w:trPr>
        <w:tc>
          <w:tcPr>
            <w:tcW w:w="10718" w:type="dxa"/>
            <w:gridSpan w:val="2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FC4861C" w14:textId="5A7AB619" w:rsidR="00C10A9B" w:rsidRPr="004203FE" w:rsidRDefault="004203F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4203FE">
              <w:rPr>
                <w:b/>
                <w:color w:val="FFFFFF" w:themeColor="background1"/>
                <w:sz w:val="28"/>
                <w:szCs w:val="28"/>
              </w:rPr>
              <w:t>Aktywność i uczestniczenie - informacja o funkcjonowaniu ucznia</w:t>
            </w:r>
          </w:p>
        </w:tc>
      </w:tr>
      <w:tr w:rsidR="00B12E93" w:rsidRPr="00AC6743" w14:paraId="363C6F40" w14:textId="450E6C8A" w:rsidTr="00606686">
        <w:trPr>
          <w:cantSplit/>
          <w:trHeight w:val="376"/>
          <w:jc w:val="center"/>
        </w:trPr>
        <w:tc>
          <w:tcPr>
            <w:tcW w:w="2830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CAC3A11" w14:textId="6470C1C3" w:rsidR="00B12E93" w:rsidRPr="00606686" w:rsidRDefault="00B12E93" w:rsidP="00B12E93">
            <w:pPr>
              <w:spacing w:after="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606686">
              <w:rPr>
                <w:b/>
                <w:color w:val="FFFFFF" w:themeColor="background1"/>
              </w:rPr>
              <w:t>Obszar funkcjonowania</w:t>
            </w:r>
          </w:p>
        </w:tc>
        <w:tc>
          <w:tcPr>
            <w:tcW w:w="7888" w:type="dxa"/>
            <w:shd w:val="clear" w:color="auto" w:fill="3F6F8F"/>
          </w:tcPr>
          <w:p w14:paraId="5566B775" w14:textId="54C6379F" w:rsidR="00B12E93" w:rsidRPr="00606686" w:rsidRDefault="00B12E93" w:rsidP="00B12E93">
            <w:pPr>
              <w:spacing w:after="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606686">
              <w:rPr>
                <w:b/>
                <w:color w:val="FFFFFF" w:themeColor="background1"/>
              </w:rPr>
              <w:t>Opis funkcjonowania, w tym trudności</w:t>
            </w:r>
          </w:p>
        </w:tc>
      </w:tr>
      <w:tr w:rsidR="0012194F" w:rsidRPr="00AC6743" w14:paraId="54138AB1" w14:textId="466430B0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5043CCC5" w14:textId="2EE11E97" w:rsidR="0012194F" w:rsidRPr="00B823DE" w:rsidRDefault="0012194F">
            <w:pPr>
              <w:spacing w:after="0"/>
              <w:jc w:val="left"/>
              <w:rPr>
                <w:i/>
              </w:rPr>
            </w:pPr>
            <w:permStart w:id="2011436349" w:edGrp="everyone" w:colFirst="1" w:colLast="1"/>
            <w:r w:rsidRPr="00B823DE">
              <w:rPr>
                <w:b/>
              </w:rPr>
              <w:t xml:space="preserve">Uczenie się i stosowanie wiedzy </w:t>
            </w:r>
            <w:r w:rsidR="008D69CA">
              <w:rPr>
                <w:b/>
              </w:rPr>
              <w:br/>
            </w:r>
            <w:r w:rsidRPr="008D69CA">
              <w:rPr>
                <w:i/>
                <w:sz w:val="20"/>
                <w:szCs w:val="20"/>
              </w:rPr>
              <w:t>(nabywanie nowych umiejętności, skupienie uwagi, myślenie, czytanie, pisanie, liczenie, rozwiązywanie problemów, podejmowanie decyzji)</w:t>
            </w:r>
          </w:p>
        </w:tc>
        <w:tc>
          <w:tcPr>
            <w:tcW w:w="7888" w:type="dxa"/>
            <w:shd w:val="clear" w:color="auto" w:fill="auto"/>
          </w:tcPr>
          <w:p w14:paraId="0CACB53E" w14:textId="3D98D265" w:rsidR="0012194F" w:rsidRPr="0012194F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2194F" w:rsidRPr="00AC6743" w14:paraId="6A7FCDFE" w14:textId="4B5CDCF7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5FD84C85" w14:textId="0B83BC16" w:rsidR="004203FE" w:rsidRDefault="0012194F">
            <w:pPr>
              <w:spacing w:after="0"/>
              <w:jc w:val="left"/>
              <w:rPr>
                <w:i/>
                <w:sz w:val="20"/>
                <w:szCs w:val="20"/>
              </w:rPr>
            </w:pPr>
            <w:permStart w:id="481636468" w:edGrp="everyone" w:colFirst="1" w:colLast="1"/>
            <w:permEnd w:id="2011436349"/>
            <w:r w:rsidRPr="00B823DE">
              <w:rPr>
                <w:b/>
              </w:rPr>
              <w:t xml:space="preserve">Ogólne zadania </w:t>
            </w:r>
            <w:r w:rsidR="00653BEB">
              <w:rPr>
                <w:b/>
              </w:rPr>
              <w:br/>
            </w:r>
            <w:r w:rsidRPr="00B823DE">
              <w:rPr>
                <w:b/>
              </w:rPr>
              <w:t xml:space="preserve">i obowiązki </w:t>
            </w:r>
            <w:r w:rsidR="008D69CA">
              <w:rPr>
                <w:b/>
              </w:rPr>
              <w:br/>
            </w:r>
            <w:r w:rsidRPr="008D69CA">
              <w:rPr>
                <w:i/>
                <w:sz w:val="20"/>
                <w:szCs w:val="20"/>
              </w:rPr>
              <w:t>(podejmowanie pojedynczego zadania, podejmowanie wielu zadań, wykonywanie codziennej rutyny, radzenie sobie ze stresem i innymi wymaganiami psychicznymi)</w:t>
            </w:r>
          </w:p>
          <w:p w14:paraId="35F09B3A" w14:textId="7255C7A0" w:rsidR="00653BEB" w:rsidRPr="004203FE" w:rsidRDefault="00653BEB">
            <w:pPr>
              <w:spacing w:after="0"/>
              <w:jc w:val="left"/>
              <w:rPr>
                <w:i/>
                <w:sz w:val="20"/>
                <w:szCs w:val="20"/>
              </w:rPr>
            </w:pPr>
          </w:p>
        </w:tc>
        <w:tc>
          <w:tcPr>
            <w:tcW w:w="7888" w:type="dxa"/>
            <w:shd w:val="clear" w:color="auto" w:fill="auto"/>
          </w:tcPr>
          <w:p w14:paraId="4495C9A5" w14:textId="2B264E64" w:rsidR="0012194F" w:rsidRPr="004203FE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</w:tr>
      <w:tr w:rsidR="0012194F" w:rsidRPr="00AC6743" w14:paraId="478FB4E9" w14:textId="37B3EBF2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332E3B1" w14:textId="77777777" w:rsidR="004203FE" w:rsidRDefault="0012194F">
            <w:pPr>
              <w:spacing w:after="0"/>
              <w:jc w:val="left"/>
              <w:rPr>
                <w:i/>
                <w:sz w:val="20"/>
                <w:szCs w:val="20"/>
              </w:rPr>
            </w:pPr>
            <w:permStart w:id="461704029" w:edGrp="everyone" w:colFirst="1" w:colLast="1"/>
            <w:permEnd w:id="481636468"/>
            <w:r w:rsidRPr="00B823DE">
              <w:rPr>
                <w:b/>
              </w:rPr>
              <w:t xml:space="preserve">Porozumiewanie się </w:t>
            </w:r>
            <w:r w:rsidRPr="008D69CA">
              <w:rPr>
                <w:i/>
                <w:sz w:val="20"/>
                <w:szCs w:val="20"/>
              </w:rPr>
              <w:t>(odbieranie komunikatów, nadawanie komunikatów, rozmowa i korzystanie z urządzeń komunikacyjnych)</w:t>
            </w:r>
          </w:p>
          <w:p w14:paraId="7C32E532" w14:textId="03746427" w:rsidR="00653BEB" w:rsidRPr="004203FE" w:rsidRDefault="00653BEB">
            <w:pPr>
              <w:spacing w:after="0"/>
              <w:jc w:val="left"/>
              <w:rPr>
                <w:i/>
                <w:sz w:val="20"/>
                <w:szCs w:val="20"/>
              </w:rPr>
            </w:pPr>
          </w:p>
        </w:tc>
        <w:tc>
          <w:tcPr>
            <w:tcW w:w="7888" w:type="dxa"/>
            <w:shd w:val="clear" w:color="auto" w:fill="auto"/>
          </w:tcPr>
          <w:p w14:paraId="0C6F818D" w14:textId="47419FA9" w:rsidR="00653BEB" w:rsidRPr="0012194F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2194F" w:rsidRPr="00AC6743" w14:paraId="51CCB155" w14:textId="1E23321E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79D1F76" w14:textId="3B96FFAB" w:rsidR="0012194F" w:rsidRPr="00B823DE" w:rsidRDefault="0012194F">
            <w:pPr>
              <w:spacing w:after="0"/>
              <w:jc w:val="left"/>
              <w:rPr>
                <w:i/>
              </w:rPr>
            </w:pPr>
            <w:permStart w:id="1827745176" w:edGrp="everyone" w:colFirst="1" w:colLast="1"/>
            <w:permEnd w:id="461704029"/>
            <w:r w:rsidRPr="00B823DE">
              <w:rPr>
                <w:b/>
              </w:rPr>
              <w:lastRenderedPageBreak/>
              <w:t xml:space="preserve">Motoryka, poruszanie się, w tym mobilność </w:t>
            </w:r>
            <w:r w:rsidR="001D064B">
              <w:rPr>
                <w:b/>
              </w:rPr>
              <w:br/>
            </w:r>
            <w:r w:rsidRPr="00B823DE">
              <w:rPr>
                <w:b/>
              </w:rPr>
              <w:t xml:space="preserve">i aktywność manualna </w:t>
            </w:r>
            <w:r w:rsidRPr="008D69CA">
              <w:rPr>
                <w:i/>
                <w:sz w:val="20"/>
                <w:szCs w:val="20"/>
              </w:rPr>
              <w:t>zmiana i utrzymywanie pozycji ciała, przenoszenie i przemieszczanie przedmiotów, aktywność manualna, poruszanie się)</w:t>
            </w:r>
          </w:p>
        </w:tc>
        <w:tc>
          <w:tcPr>
            <w:tcW w:w="7888" w:type="dxa"/>
            <w:shd w:val="clear" w:color="auto" w:fill="auto"/>
          </w:tcPr>
          <w:p w14:paraId="47466C7C" w14:textId="291FF672" w:rsidR="0012194F" w:rsidRPr="0012194F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12194F" w:rsidRPr="00AC6743" w14:paraId="479356C3" w14:textId="7C782AC3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63E857A" w14:textId="4CDBAEDE" w:rsidR="0012194F" w:rsidRPr="00B823DE" w:rsidRDefault="0012194F">
            <w:pPr>
              <w:spacing w:after="0"/>
              <w:jc w:val="left"/>
              <w:rPr>
                <w:i/>
              </w:rPr>
            </w:pPr>
            <w:permStart w:id="1218848972" w:edGrp="everyone" w:colFirst="1" w:colLast="1"/>
            <w:permEnd w:id="1827745176"/>
            <w:r w:rsidRPr="00B823DE">
              <w:rPr>
                <w:b/>
              </w:rPr>
              <w:t xml:space="preserve">Dbanie o siebie, samoobsługa i samodzielność </w:t>
            </w:r>
            <w:r w:rsidR="008D69CA">
              <w:rPr>
                <w:b/>
              </w:rPr>
              <w:br/>
            </w:r>
            <w:r w:rsidRPr="008D69CA">
              <w:rPr>
                <w:i/>
                <w:sz w:val="20"/>
                <w:szCs w:val="20"/>
              </w:rPr>
              <w:t>(mycie się, pielęgnowanie poszczególnych części ciała, korzystanie z toalety, ubieranie się, jedzenie, dbanie o własne zdrowie i bezpieczeństwo)</w:t>
            </w:r>
          </w:p>
        </w:tc>
        <w:tc>
          <w:tcPr>
            <w:tcW w:w="7888" w:type="dxa"/>
            <w:shd w:val="clear" w:color="auto" w:fill="auto"/>
          </w:tcPr>
          <w:p w14:paraId="290D6EE8" w14:textId="054C50E6" w:rsidR="0012194F" w:rsidRPr="0012194F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2194F" w:rsidRPr="00AC6743" w14:paraId="62D6C6B3" w14:textId="679772DD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5AF77881" w14:textId="564915F1" w:rsidR="0012194F" w:rsidRPr="00B823DE" w:rsidRDefault="0012194F">
            <w:pPr>
              <w:spacing w:after="0"/>
              <w:jc w:val="left"/>
              <w:rPr>
                <w:i/>
              </w:rPr>
            </w:pPr>
            <w:permStart w:id="1739340502" w:edGrp="everyone" w:colFirst="1" w:colLast="1"/>
            <w:permEnd w:id="1218848972"/>
            <w:r w:rsidRPr="00B823DE">
              <w:rPr>
                <w:b/>
              </w:rPr>
              <w:t xml:space="preserve">Życie domowe </w:t>
            </w:r>
            <w:r w:rsidR="008D69CA">
              <w:rPr>
                <w:b/>
              </w:rPr>
              <w:br/>
            </w:r>
            <w:r w:rsidRPr="008D69CA">
              <w:rPr>
                <w:i/>
                <w:sz w:val="20"/>
                <w:szCs w:val="20"/>
              </w:rPr>
              <w:t>(nabywanie dóbr i usług, przygotowywanie posiłków, wykonywanie prac domowych, dbanie o przedmioty domowe, pomaganie innym)</w:t>
            </w:r>
          </w:p>
        </w:tc>
        <w:tc>
          <w:tcPr>
            <w:tcW w:w="7888" w:type="dxa"/>
            <w:shd w:val="clear" w:color="auto" w:fill="auto"/>
          </w:tcPr>
          <w:p w14:paraId="381E65F2" w14:textId="393343D1" w:rsidR="0012194F" w:rsidRPr="0012194F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2194F" w:rsidRPr="00AC6743" w14:paraId="45F7BD1E" w14:textId="6164DD01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5757434" w14:textId="5ACEF682" w:rsidR="0012194F" w:rsidRPr="00B823DE" w:rsidRDefault="0012194F">
            <w:pPr>
              <w:spacing w:after="0"/>
              <w:jc w:val="left"/>
              <w:rPr>
                <w:i/>
              </w:rPr>
            </w:pPr>
            <w:permStart w:id="966357150" w:edGrp="everyone" w:colFirst="1" w:colLast="1"/>
            <w:permEnd w:id="1739340502"/>
            <w:r w:rsidRPr="00B823DE">
              <w:rPr>
                <w:b/>
              </w:rPr>
              <w:t xml:space="preserve">Wzajemne kontakty i związki międzyludzkie, życie w społeczności szkolnej i lokalnej </w:t>
            </w:r>
            <w:r w:rsidRPr="008D69CA">
              <w:rPr>
                <w:i/>
                <w:sz w:val="20"/>
                <w:szCs w:val="20"/>
              </w:rPr>
              <w:t>(podstawowe i złożone kontakty międzyludzkie, nieformalne relacje z innymi osobami, relacje rodzinne, życie społecznościowe, rekreacja i wypoczynek, prawa człowieka i funkcjonowanie obywatelskie)</w:t>
            </w:r>
          </w:p>
        </w:tc>
        <w:tc>
          <w:tcPr>
            <w:tcW w:w="7888" w:type="dxa"/>
            <w:shd w:val="clear" w:color="auto" w:fill="auto"/>
          </w:tcPr>
          <w:p w14:paraId="757F6380" w14:textId="51636EBB" w:rsidR="0012194F" w:rsidRPr="0012194F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permEnd w:id="966357150"/>
    </w:tbl>
    <w:p w14:paraId="57EA021F" w14:textId="77777777" w:rsidR="00A6788B" w:rsidRPr="00A6788B" w:rsidRDefault="00A6788B">
      <w:pPr>
        <w:pStyle w:val="FormSection"/>
        <w:rPr>
          <w:sz w:val="16"/>
          <w:szCs w:val="16"/>
          <w:lang w:val="pl-PL"/>
        </w:rPr>
      </w:pPr>
    </w:p>
    <w:p w14:paraId="4C1EF3A7" w14:textId="07E7851B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IV</w:t>
      </w:r>
      <w:r w:rsidR="00470B5F">
        <w:rPr>
          <w:lang w:val="pl-PL"/>
        </w:rPr>
        <w:t>.</w:t>
      </w:r>
      <w:r w:rsidR="00086CEB" w:rsidRPr="00AC6743">
        <w:rPr>
          <w:lang w:val="pl-PL"/>
        </w:rPr>
        <w:t xml:space="preserve"> ZAKRES I RODZAJ TRUDNOŚCI W REALIZACJI </w:t>
      </w:r>
      <w:r w:rsidR="00653BEB">
        <w:rPr>
          <w:lang w:val="pl-PL"/>
        </w:rPr>
        <w:t xml:space="preserve"> </w:t>
      </w:r>
      <w:r w:rsidR="00086CEB" w:rsidRPr="00AC6743">
        <w:rPr>
          <w:lang w:val="pl-PL"/>
        </w:rPr>
        <w:t>PROGRAMÓW NAUCZANIA</w:t>
      </w:r>
    </w:p>
    <w:tbl>
      <w:tblPr>
        <w:tblStyle w:val="Tabela-Siatka"/>
        <w:tblW w:w="10666" w:type="dxa"/>
        <w:jc w:val="center"/>
        <w:tblLayout w:type="fixed"/>
        <w:tblLook w:val="04A0" w:firstRow="1" w:lastRow="0" w:firstColumn="1" w:lastColumn="0" w:noHBand="0" w:noVBand="1"/>
      </w:tblPr>
      <w:tblGrid>
        <w:gridCol w:w="2772"/>
        <w:gridCol w:w="7894"/>
      </w:tblGrid>
      <w:tr w:rsidR="0012194F" w:rsidRPr="00AC6743" w14:paraId="7FC2AFD2" w14:textId="3280B807" w:rsidTr="00E33BFC">
        <w:trPr>
          <w:cantSplit/>
          <w:trHeight w:val="1531"/>
          <w:jc w:val="center"/>
        </w:trPr>
        <w:tc>
          <w:tcPr>
            <w:tcW w:w="277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5A7619A5" w14:textId="1F63E4B1" w:rsidR="0012194F" w:rsidRPr="00B823DE" w:rsidRDefault="0012194F">
            <w:pPr>
              <w:spacing w:after="0"/>
              <w:jc w:val="left"/>
              <w:rPr>
                <w:i/>
              </w:rPr>
            </w:pPr>
            <w:permStart w:id="1780641434" w:edGrp="everyone" w:colFirst="1" w:colLast="1"/>
            <w:r w:rsidRPr="00B823DE">
              <w:rPr>
                <w:b/>
              </w:rPr>
              <w:t xml:space="preserve">Zakres trudności </w:t>
            </w:r>
            <w:r w:rsidR="008D69CA">
              <w:rPr>
                <w:b/>
              </w:rPr>
              <w:br/>
            </w:r>
            <w:r w:rsidRPr="008D69CA">
              <w:rPr>
                <w:i/>
                <w:sz w:val="20"/>
                <w:szCs w:val="20"/>
              </w:rPr>
              <w:t>(należy wskazać konkretne obszary trudności dotyczące realizacji treści i wymagań edukacyjnych)</w:t>
            </w:r>
          </w:p>
        </w:tc>
        <w:tc>
          <w:tcPr>
            <w:tcW w:w="7894" w:type="dxa"/>
            <w:shd w:val="clear" w:color="auto" w:fill="auto"/>
          </w:tcPr>
          <w:p w14:paraId="0F20ACC8" w14:textId="04294B75" w:rsidR="00653BEB" w:rsidRPr="00652008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2194F" w:rsidRPr="00AC6743" w14:paraId="0F106528" w14:textId="6222545F" w:rsidTr="00E33BFC">
        <w:trPr>
          <w:cantSplit/>
          <w:trHeight w:val="1531"/>
          <w:jc w:val="center"/>
        </w:trPr>
        <w:tc>
          <w:tcPr>
            <w:tcW w:w="277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B816800" w14:textId="1CE8570A" w:rsidR="0012194F" w:rsidRPr="00B823DE" w:rsidRDefault="0012194F">
            <w:pPr>
              <w:spacing w:after="0"/>
              <w:jc w:val="left"/>
              <w:rPr>
                <w:i/>
              </w:rPr>
            </w:pPr>
            <w:permStart w:id="1192188141" w:edGrp="everyone" w:colFirst="1" w:colLast="1"/>
            <w:permEnd w:id="1780641434"/>
            <w:r w:rsidRPr="00B823DE">
              <w:rPr>
                <w:b/>
              </w:rPr>
              <w:t xml:space="preserve">Rodzaj trudności </w:t>
            </w:r>
            <w:r w:rsidR="008D69CA">
              <w:rPr>
                <w:b/>
              </w:rPr>
              <w:br/>
            </w:r>
            <w:r w:rsidRPr="008D69CA">
              <w:rPr>
                <w:i/>
                <w:sz w:val="20"/>
                <w:szCs w:val="20"/>
              </w:rPr>
              <w:t>(należy wskazać charakter występujących trudności, czyli jakiego typu problemy utrudniają uczniowi realizację wymagań edukacyjnych)</w:t>
            </w:r>
          </w:p>
        </w:tc>
        <w:tc>
          <w:tcPr>
            <w:tcW w:w="7894" w:type="dxa"/>
            <w:shd w:val="clear" w:color="auto" w:fill="auto"/>
          </w:tcPr>
          <w:p w14:paraId="5A0BA477" w14:textId="11F15CA5" w:rsidR="00653BEB" w:rsidRPr="00652008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ermEnd w:id="1192188141"/>
    <w:p w14:paraId="6AE0062B" w14:textId="5FC4072E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lastRenderedPageBreak/>
        <w:t>V</w:t>
      </w:r>
      <w:r w:rsidR="00470B5F">
        <w:rPr>
          <w:lang w:val="pl-PL"/>
        </w:rPr>
        <w:t>.</w:t>
      </w:r>
      <w:r w:rsidRPr="00AC6743">
        <w:rPr>
          <w:lang w:val="pl-PL"/>
        </w:rPr>
        <w:t xml:space="preserve"> </w:t>
      </w:r>
      <w:r w:rsidR="00086CEB" w:rsidRPr="00AC6743">
        <w:rPr>
          <w:lang w:val="pl-PL"/>
        </w:rPr>
        <w:t xml:space="preserve"> DZIAŁANIA PODJĘTE W CELU POPRAWY FUNKCJONOWANIA ORAZ UDZIELONA POMOC</w:t>
      </w:r>
    </w:p>
    <w:p w14:paraId="2F599BA1" w14:textId="2A080D09" w:rsidR="00C10A9B" w:rsidRPr="00B823DE" w:rsidRDefault="00086CEB">
      <w:pPr>
        <w:spacing w:after="80"/>
        <w:rPr>
          <w:i/>
        </w:rPr>
      </w:pPr>
      <w:r w:rsidRPr="00B823DE">
        <w:rPr>
          <w:i/>
        </w:rPr>
        <w:t xml:space="preserve">Należy uwzględnić działania nauczycieli, wychowawców i specjalistów oraz - jeżeli dotyczy - formy </w:t>
      </w:r>
      <w:r w:rsidR="00422B55">
        <w:rPr>
          <w:i/>
        </w:rPr>
        <w:br/>
      </w:r>
      <w:r w:rsidRPr="00B823DE">
        <w:rPr>
          <w:i/>
        </w:rPr>
        <w:t>i zakres pomocy udzielanej w ramach wczesnego wspomagania rozwoju lub pomocy psychologiczno-pedagogicznej, okres jej udzielania i efekty.</w:t>
      </w:r>
    </w:p>
    <w:tbl>
      <w:tblPr>
        <w:tblStyle w:val="Tabela-Siatka"/>
        <w:tblW w:w="10884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2268"/>
        <w:gridCol w:w="3092"/>
      </w:tblGrid>
      <w:tr w:rsidR="00C10A9B" w:rsidRPr="00AC6743" w14:paraId="6962F3D2" w14:textId="77777777" w:rsidTr="008B4699">
        <w:trPr>
          <w:cantSplit/>
          <w:tblHeader/>
          <w:jc w:val="center"/>
        </w:trPr>
        <w:tc>
          <w:tcPr>
            <w:tcW w:w="2830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BB43AA5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Działanie / forma pomocy</w:t>
            </w:r>
          </w:p>
        </w:tc>
        <w:tc>
          <w:tcPr>
            <w:tcW w:w="2694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6C3A8688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Zakres</w:t>
            </w:r>
          </w:p>
        </w:tc>
        <w:tc>
          <w:tcPr>
            <w:tcW w:w="2268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C481142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Okres udzielania</w:t>
            </w:r>
          </w:p>
        </w:tc>
        <w:tc>
          <w:tcPr>
            <w:tcW w:w="3092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3CAE294" w14:textId="5FD0875E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Efekty działań /</w:t>
            </w:r>
            <w:r w:rsidR="008B4699">
              <w:rPr>
                <w:b/>
                <w:color w:val="FFFFFF"/>
              </w:rPr>
              <w:br/>
            </w:r>
            <w:r w:rsidRPr="00AC6743">
              <w:rPr>
                <w:b/>
                <w:color w:val="FFFFFF"/>
              </w:rPr>
              <w:t xml:space="preserve"> udzielonej pomocy</w:t>
            </w:r>
          </w:p>
        </w:tc>
      </w:tr>
      <w:tr w:rsidR="00C10A9B" w:rsidRPr="00AC6743" w14:paraId="211835AB" w14:textId="77777777" w:rsidTr="008B4699">
        <w:trPr>
          <w:cantSplit/>
          <w:trHeight w:val="96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58C21EFF" w14:textId="5DE61CDB" w:rsidR="00C10A9B" w:rsidRDefault="002C70FF" w:rsidP="008D6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6" w:right="121"/>
              <w:jc w:val="left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permStart w:id="1887138682" w:edGrp="everyone" w:colFirst="1" w:colLast="1"/>
            <w:permStart w:id="479551247" w:edGrp="everyone" w:colFirst="2" w:colLast="2"/>
            <w:permStart w:id="757022030" w:edGrp="everyone" w:colFirst="3" w:colLast="3"/>
            <w:r w:rsidRPr="002C70FF">
              <w:rPr>
                <w:b/>
              </w:rPr>
              <w:t xml:space="preserve">Działania nauczycieli </w:t>
            </w:r>
            <w:r w:rsidR="00653BEB">
              <w:rPr>
                <w:b/>
              </w:rPr>
              <w:br/>
            </w:r>
            <w:r w:rsidRPr="002C70FF">
              <w:rPr>
                <w:b/>
              </w:rPr>
              <w:t xml:space="preserve">i </w:t>
            </w:r>
            <w:r w:rsidRPr="002C70FF">
              <w:rPr>
                <w:b/>
                <w:sz w:val="20"/>
                <w:szCs w:val="20"/>
              </w:rPr>
              <w:t>specjalistów</w:t>
            </w:r>
            <w:r w:rsidRPr="002C70FF">
              <w:rPr>
                <w:sz w:val="20"/>
                <w:szCs w:val="20"/>
              </w:rPr>
              <w:t xml:space="preserve"> </w:t>
            </w:r>
            <w:r w:rsidR="00653BEB">
              <w:rPr>
                <w:sz w:val="20"/>
                <w:szCs w:val="20"/>
              </w:rPr>
              <w:br/>
            </w:r>
            <w:r w:rsidRPr="002C70FF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(np. dostosowanie metod, form i tempa pracy; dzielenie zadań na etapy, wzmacnianie</w:t>
            </w:r>
            <w:r w:rsidRPr="002C70FF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C70FF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pozytywne, praca indywidualna, współpraca</w:t>
            </w:r>
            <w:r w:rsidRPr="002C70FF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8B4699">
              <w:rPr>
                <w:i/>
                <w:iCs/>
                <w:color w:val="000000"/>
                <w:sz w:val="20"/>
                <w:szCs w:val="20"/>
              </w:rPr>
              <w:br/>
            </w:r>
            <w:r w:rsidRPr="002C70FF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z rodzicami, stosowanie pomocy, monitorowanie postępów)</w:t>
            </w:r>
          </w:p>
          <w:p w14:paraId="1430B800" w14:textId="7291A70A" w:rsidR="00653BEB" w:rsidRPr="002C70FF" w:rsidRDefault="00653BEB" w:rsidP="008D6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6" w:right="121"/>
              <w:jc w:val="left"/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2694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C0FA361" w14:textId="2F71D4A9" w:rsidR="00C10A9B" w:rsidRPr="00AC6743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</w:t>
            </w:r>
            <w:r w:rsidR="008B4699">
              <w:t>…………………………………………………………………………………………..</w:t>
            </w:r>
          </w:p>
        </w:tc>
        <w:tc>
          <w:tcPr>
            <w:tcW w:w="2268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6EFB8FBC" w14:textId="316244DD" w:rsidR="00C10A9B" w:rsidRPr="00AC6743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</w:t>
            </w:r>
            <w:r w:rsidR="008B4699">
              <w:t>………………………………………….</w:t>
            </w:r>
            <w:r>
              <w:t>.</w:t>
            </w:r>
          </w:p>
        </w:tc>
        <w:tc>
          <w:tcPr>
            <w:tcW w:w="3092" w:type="dxa"/>
            <w:shd w:val="clear" w:color="auto" w:fill="auto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3C614C9" w14:textId="0E6D7982" w:rsidR="00C10A9B" w:rsidRPr="00AC6743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 w:rsidR="008B4699">
              <w:t>…………………………………………………………</w:t>
            </w:r>
            <w:r>
              <w:t>……..</w:t>
            </w:r>
          </w:p>
        </w:tc>
      </w:tr>
      <w:tr w:rsidR="00C10A9B" w:rsidRPr="00AC6743" w14:paraId="60ACC5A8" w14:textId="77777777" w:rsidTr="008B4699">
        <w:trPr>
          <w:cantSplit/>
          <w:trHeight w:val="96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02930822" w14:textId="59610AD1" w:rsidR="002C70FF" w:rsidRPr="002C70FF" w:rsidRDefault="002C70FF" w:rsidP="008D6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76" w:right="715"/>
              <w:jc w:val="left"/>
              <w:rPr>
                <w:b/>
                <w:bCs/>
                <w:color w:val="000000"/>
                <w:szCs w:val="24"/>
              </w:rPr>
            </w:pPr>
            <w:permStart w:id="935934837" w:edGrp="everyone" w:colFirst="1" w:colLast="1"/>
            <w:permStart w:id="1930581790" w:edGrp="everyone" w:colFirst="2" w:colLast="2"/>
            <w:permStart w:id="849564815" w:edGrp="everyone" w:colFirst="3" w:colLast="3"/>
            <w:permEnd w:id="1887138682"/>
            <w:permEnd w:id="479551247"/>
            <w:permEnd w:id="757022030"/>
            <w:r w:rsidRPr="002C70FF">
              <w:rPr>
                <w:rFonts w:cs="Times New Roman"/>
                <w:b/>
                <w:bCs/>
                <w:color w:val="000000"/>
                <w:szCs w:val="24"/>
              </w:rPr>
              <w:t>Formy pomocy psychologiczno-pedagogicznej udzielanej uczniowi</w:t>
            </w:r>
          </w:p>
          <w:p w14:paraId="38CFA202" w14:textId="13A298E7" w:rsidR="00653BEB" w:rsidRPr="008B4699" w:rsidRDefault="002C70FF" w:rsidP="008D69CA">
            <w:pPr>
              <w:spacing w:after="0"/>
              <w:jc w:val="left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i/>
                <w:iCs/>
                <w:color w:val="000000"/>
                <w:sz w:val="15"/>
                <w:szCs w:val="15"/>
              </w:rPr>
              <w:t>(</w:t>
            </w:r>
            <w:r w:rsidRPr="002C70FF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np. pomoc psychologiczno-pedagogiczna, zajęcia logopedyczne, korekcyjno-kompensacyjne, rozwijające kompetencje emocjonalno-społeczne, rewalidacja, bieżąca pomoc nauczycieli i specjalistów)</w:t>
            </w:r>
          </w:p>
        </w:tc>
        <w:tc>
          <w:tcPr>
            <w:tcW w:w="2694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0870C1C" w14:textId="0253AD03" w:rsidR="00C10A9B" w:rsidRPr="00AC6743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B4699">
              <w:t>…………………………………………………………………………………….</w:t>
            </w:r>
            <w:r>
              <w:t>….</w:t>
            </w:r>
          </w:p>
        </w:tc>
        <w:tc>
          <w:tcPr>
            <w:tcW w:w="2268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7E8386F" w14:textId="5BFA9E76" w:rsidR="00C10A9B" w:rsidRPr="00AC6743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B4699">
              <w:t>……………………</w:t>
            </w:r>
            <w:r>
              <w:t>………..</w:t>
            </w:r>
          </w:p>
        </w:tc>
        <w:tc>
          <w:tcPr>
            <w:tcW w:w="3092" w:type="dxa"/>
            <w:shd w:val="clear" w:color="auto" w:fill="auto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2C9BEE3" w14:textId="3F2C9549" w:rsidR="00C10A9B" w:rsidRPr="00AC6743" w:rsidRDefault="001D064B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B4699">
              <w:t>…………………………….</w:t>
            </w:r>
            <w:r>
              <w:t>………….</w:t>
            </w:r>
          </w:p>
        </w:tc>
      </w:tr>
      <w:permEnd w:id="935934837"/>
      <w:permEnd w:id="1930581790"/>
      <w:permEnd w:id="849564815"/>
    </w:tbl>
    <w:p w14:paraId="2B2CE98B" w14:textId="77777777" w:rsidR="008B4699" w:rsidRPr="008B4699" w:rsidRDefault="008B4699">
      <w:pPr>
        <w:pStyle w:val="FormSection"/>
        <w:rPr>
          <w:sz w:val="16"/>
          <w:szCs w:val="16"/>
          <w:lang w:val="pl-PL"/>
        </w:rPr>
      </w:pPr>
    </w:p>
    <w:p w14:paraId="7363A03F" w14:textId="2C67F4F3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VI</w:t>
      </w:r>
      <w:r w:rsidR="00470B5F">
        <w:rPr>
          <w:lang w:val="pl-PL"/>
        </w:rPr>
        <w:t>.</w:t>
      </w:r>
      <w:r w:rsidR="00086CEB" w:rsidRPr="00AC6743">
        <w:rPr>
          <w:lang w:val="pl-PL"/>
        </w:rPr>
        <w:t xml:space="preserve"> WNIOSKI DOTYCZĄCE DALSZEJ PRACY </w:t>
      </w:r>
      <w:r w:rsidR="00653BEB">
        <w:rPr>
          <w:lang w:val="pl-PL"/>
        </w:rPr>
        <w:t xml:space="preserve">Z </w:t>
      </w:r>
      <w:r w:rsidR="00086CEB" w:rsidRPr="00AC6743">
        <w:rPr>
          <w:lang w:val="pl-PL"/>
        </w:rPr>
        <w:t>UCZNIEM</w:t>
      </w:r>
    </w:p>
    <w:tbl>
      <w:tblPr>
        <w:tblStyle w:val="Tabela-Siatka"/>
        <w:tblW w:w="10915" w:type="dxa"/>
        <w:jc w:val="center"/>
        <w:tblLayout w:type="fixed"/>
        <w:tblLook w:val="04A0" w:firstRow="1" w:lastRow="0" w:firstColumn="1" w:lastColumn="0" w:noHBand="0" w:noVBand="1"/>
      </w:tblPr>
      <w:tblGrid>
        <w:gridCol w:w="10915"/>
      </w:tblGrid>
      <w:tr w:rsidR="00C10A9B" w:rsidRPr="00AC6743" w14:paraId="35C34DBE" w14:textId="77777777" w:rsidTr="00653BEB">
        <w:trPr>
          <w:cantSplit/>
          <w:trHeight w:val="1417"/>
          <w:jc w:val="center"/>
        </w:trPr>
        <w:tc>
          <w:tcPr>
            <w:tcW w:w="10915" w:type="dxa"/>
            <w:shd w:val="clear" w:color="auto" w:fill="auto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5B459F0" w14:textId="3EFAA702" w:rsidR="00653BEB" w:rsidRPr="00AC6743" w:rsidRDefault="001D064B">
            <w:pPr>
              <w:spacing w:after="0"/>
              <w:jc w:val="left"/>
            </w:pPr>
            <w:permStart w:id="2137469267" w:edGrp="everyone"/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B4699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A6788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B4699">
              <w:t>...</w:t>
            </w:r>
          </w:p>
          <w:permEnd w:id="2137469267"/>
          <w:p w14:paraId="4A4E37E6" w14:textId="77777777" w:rsidR="001076E1" w:rsidRPr="00AC6743" w:rsidRDefault="001076E1">
            <w:pPr>
              <w:spacing w:after="0"/>
              <w:jc w:val="left"/>
            </w:pPr>
          </w:p>
        </w:tc>
      </w:tr>
    </w:tbl>
    <w:p w14:paraId="36975DF0" w14:textId="77777777" w:rsidR="00A6788B" w:rsidRPr="008B4699" w:rsidRDefault="00A6788B">
      <w:pPr>
        <w:pStyle w:val="FormSection"/>
        <w:rPr>
          <w:sz w:val="16"/>
          <w:szCs w:val="16"/>
          <w:lang w:val="pl-PL"/>
        </w:rPr>
      </w:pPr>
    </w:p>
    <w:p w14:paraId="208A4E0A" w14:textId="0BE1A4EB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VII</w:t>
      </w:r>
      <w:r w:rsidR="00086CEB" w:rsidRPr="00AC6743">
        <w:rPr>
          <w:lang w:val="pl-PL"/>
        </w:rPr>
        <w:t xml:space="preserve"> DOKUMENTACJA WYMAGANA W SZCZEGÓLNYCH PRZYPADKACH</w:t>
      </w:r>
    </w:p>
    <w:p w14:paraId="558595D6" w14:textId="12CFF86D" w:rsidR="00653BEB" w:rsidRDefault="00653BEB" w:rsidP="00A6788B">
      <w:pPr>
        <w:pStyle w:val="Akapitzlist"/>
        <w:numPr>
          <w:ilvl w:val="0"/>
          <w:numId w:val="13"/>
        </w:numPr>
        <w:spacing w:after="40"/>
        <w:ind w:left="567" w:hanging="436"/>
        <w:jc w:val="left"/>
      </w:pPr>
      <w:r>
        <w:t>U</w:t>
      </w:r>
      <w:r w:rsidR="00086CEB" w:rsidRPr="00AC6743">
        <w:t xml:space="preserve">czeń jest objęty kształceniem specjalnym - </w:t>
      </w:r>
      <w:r w:rsidR="001076E1" w:rsidRPr="00AC6743">
        <w:t xml:space="preserve">do opinii dołączono aktualną WOPFU </w:t>
      </w:r>
      <w:r>
        <w:t xml:space="preserve">z </w:t>
      </w:r>
      <w:r w:rsidR="001076E1" w:rsidRPr="00AC6743">
        <w:t>dnia</w:t>
      </w:r>
      <w:r w:rsidR="001D064B">
        <w:t xml:space="preserve"> </w:t>
      </w:r>
      <w:permStart w:id="1139345352" w:edGrp="everyone"/>
      <w:r w:rsidR="001D064B">
        <w:t>…….</w:t>
      </w:r>
      <w:permEnd w:id="1139345352"/>
    </w:p>
    <w:p w14:paraId="74E08B34" w14:textId="71B700CE" w:rsidR="00C10A9B" w:rsidRPr="00AC6743" w:rsidRDefault="00653BEB" w:rsidP="00A6788B">
      <w:pPr>
        <w:pStyle w:val="Akapitzlist"/>
        <w:numPr>
          <w:ilvl w:val="0"/>
          <w:numId w:val="13"/>
        </w:numPr>
        <w:spacing w:after="40"/>
        <w:ind w:left="567" w:hanging="436"/>
        <w:jc w:val="left"/>
      </w:pPr>
      <w:r>
        <w:t>U</w:t>
      </w:r>
      <w:r w:rsidR="00086CEB" w:rsidRPr="00AC6743">
        <w:t xml:space="preserve">czeń jest objęty zajęciami rewalidacyjno-wychowawczymi </w:t>
      </w:r>
      <w:r w:rsidR="001076E1" w:rsidRPr="00AC6743">
        <w:t>–</w:t>
      </w:r>
      <w:r w:rsidR="00086CEB" w:rsidRPr="00AC6743">
        <w:t xml:space="preserve"> </w:t>
      </w:r>
      <w:r w:rsidR="001076E1" w:rsidRPr="00AC6743">
        <w:t>do opinii dołączono aktualną okresową ocenę</w:t>
      </w:r>
      <w:r w:rsidR="00086CEB" w:rsidRPr="00AC6743">
        <w:t xml:space="preserve"> funkc</w:t>
      </w:r>
      <w:r w:rsidR="001076E1" w:rsidRPr="00AC6743">
        <w:t>jonowania dziecka/ucznia</w:t>
      </w:r>
      <w:r w:rsidR="008D69CA">
        <w:t xml:space="preserve"> z </w:t>
      </w:r>
      <w:r w:rsidR="001076E1" w:rsidRPr="00AC6743">
        <w:t>dnia</w:t>
      </w:r>
      <w:r w:rsidR="00A6788B">
        <w:t xml:space="preserve">  </w:t>
      </w:r>
      <w:permStart w:id="1609634982" w:edGrp="everyone"/>
      <w:r w:rsidR="00A6788B">
        <w:t>…………………………………………</w:t>
      </w:r>
      <w:permEnd w:id="1609634982"/>
    </w:p>
    <w:p w14:paraId="73FFA18B" w14:textId="2157711D" w:rsidR="00653BEB" w:rsidRPr="00653BEB" w:rsidRDefault="00086CEB" w:rsidP="00A6788B">
      <w:pPr>
        <w:pStyle w:val="Akapitzlist"/>
        <w:numPr>
          <w:ilvl w:val="0"/>
          <w:numId w:val="13"/>
        </w:numPr>
        <w:spacing w:after="40"/>
        <w:ind w:left="567" w:hanging="436"/>
        <w:jc w:val="left"/>
      </w:pPr>
      <w:r w:rsidRPr="00AC6743">
        <w:t>Nie dotyczy.</w:t>
      </w:r>
      <w:r w:rsidR="001D064B">
        <w:t xml:space="preserve"> </w:t>
      </w:r>
      <w:bookmarkStart w:id="1" w:name="_GoBack"/>
      <w:bookmarkEnd w:id="1"/>
    </w:p>
    <w:p w14:paraId="38204E91" w14:textId="60E764C8" w:rsidR="00C10A9B" w:rsidRPr="00AC6743" w:rsidRDefault="00B823DE" w:rsidP="00B823DE">
      <w:pPr>
        <w:pStyle w:val="FormSection"/>
        <w:rPr>
          <w:lang w:val="pl-PL"/>
        </w:rPr>
      </w:pPr>
      <w:r w:rsidRPr="00AC6743">
        <w:rPr>
          <w:lang w:val="pl-PL"/>
        </w:rPr>
        <w:t>VIII OSOBY UCZESTNICZĄCE W OPRACOWANIU OPINII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5100"/>
      </w:tblGrid>
      <w:tr w:rsidR="00C10A9B" w:rsidRPr="00AC6743" w14:paraId="1439DF0C" w14:textId="77777777">
        <w:trPr>
          <w:jc w:val="center"/>
        </w:trPr>
        <w:tc>
          <w:tcPr>
            <w:tcW w:w="5953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A72E4AC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Imię i nazwisko / stanowisko</w:t>
            </w:r>
          </w:p>
        </w:tc>
        <w:tc>
          <w:tcPr>
            <w:tcW w:w="3912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4BB65B7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Podpis</w:t>
            </w:r>
          </w:p>
        </w:tc>
      </w:tr>
      <w:tr w:rsidR="00C10A9B" w:rsidRPr="00AC6743" w14:paraId="08879E82" w14:textId="77777777" w:rsidTr="008B4699">
        <w:trPr>
          <w:cantSplit/>
          <w:trHeight w:val="567"/>
          <w:jc w:val="center"/>
        </w:trPr>
        <w:tc>
          <w:tcPr>
            <w:tcW w:w="510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0B2E805E" w14:textId="652B3E11" w:rsidR="00C10A9B" w:rsidRPr="00AC6743" w:rsidRDefault="001D064B" w:rsidP="008B4699">
            <w:pPr>
              <w:spacing w:after="0"/>
              <w:jc w:val="center"/>
            </w:pPr>
            <w:permStart w:id="1349059832" w:edGrp="everyone" w:colFirst="0" w:colLast="0"/>
            <w:r>
              <w:t>……………………………………………………………</w:t>
            </w:r>
          </w:p>
        </w:tc>
        <w:tc>
          <w:tcPr>
            <w:tcW w:w="5100" w:type="dxa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11FF41AF" w14:textId="4578943E" w:rsidR="00C10A9B" w:rsidRPr="00AC6743" w:rsidRDefault="00C10A9B" w:rsidP="008B4699">
            <w:pPr>
              <w:spacing w:after="0"/>
              <w:jc w:val="center"/>
            </w:pPr>
          </w:p>
        </w:tc>
      </w:tr>
      <w:tr w:rsidR="00C10A9B" w:rsidRPr="00AC6743" w14:paraId="4DC59D35" w14:textId="77777777" w:rsidTr="008B4699">
        <w:trPr>
          <w:cantSplit/>
          <w:trHeight w:val="567"/>
          <w:jc w:val="center"/>
        </w:trPr>
        <w:tc>
          <w:tcPr>
            <w:tcW w:w="510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55D8A316" w14:textId="2169E394" w:rsidR="00C10A9B" w:rsidRPr="00AC6743" w:rsidRDefault="001D064B" w:rsidP="008B4699">
            <w:pPr>
              <w:spacing w:after="0"/>
              <w:jc w:val="center"/>
            </w:pPr>
            <w:permStart w:id="636503435" w:edGrp="everyone" w:colFirst="0" w:colLast="0"/>
            <w:permEnd w:id="1349059832"/>
            <w:r>
              <w:t>……………………………………………………………</w:t>
            </w:r>
          </w:p>
        </w:tc>
        <w:tc>
          <w:tcPr>
            <w:tcW w:w="5100" w:type="dxa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72F5763B" w14:textId="3DDBF1F4" w:rsidR="00C10A9B" w:rsidRPr="00AC6743" w:rsidRDefault="00C10A9B" w:rsidP="008B4699">
            <w:pPr>
              <w:spacing w:after="0"/>
              <w:jc w:val="center"/>
            </w:pPr>
          </w:p>
        </w:tc>
      </w:tr>
      <w:tr w:rsidR="00C10A9B" w:rsidRPr="00AC6743" w14:paraId="65626792" w14:textId="77777777" w:rsidTr="008B4699">
        <w:trPr>
          <w:cantSplit/>
          <w:trHeight w:val="567"/>
          <w:jc w:val="center"/>
        </w:trPr>
        <w:tc>
          <w:tcPr>
            <w:tcW w:w="510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312CEA20" w14:textId="4F5BF857" w:rsidR="00C10A9B" w:rsidRPr="00AC6743" w:rsidRDefault="001D064B" w:rsidP="008B4699">
            <w:pPr>
              <w:spacing w:after="0"/>
              <w:jc w:val="center"/>
            </w:pPr>
            <w:permStart w:id="908865907" w:edGrp="everyone" w:colFirst="0" w:colLast="0"/>
            <w:permEnd w:id="636503435"/>
            <w:r>
              <w:t>……………………………………………………………</w:t>
            </w:r>
          </w:p>
        </w:tc>
        <w:tc>
          <w:tcPr>
            <w:tcW w:w="5100" w:type="dxa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231E885F" w14:textId="39DDF8E7" w:rsidR="00C10A9B" w:rsidRPr="00AC6743" w:rsidRDefault="00C10A9B" w:rsidP="008B4699">
            <w:pPr>
              <w:spacing w:after="0"/>
              <w:jc w:val="center"/>
            </w:pPr>
          </w:p>
        </w:tc>
      </w:tr>
      <w:permEnd w:id="908865907"/>
    </w:tbl>
    <w:p w14:paraId="3F92A8A2" w14:textId="70E30365" w:rsidR="00606686" w:rsidRDefault="00606686" w:rsidP="00606686">
      <w:pPr>
        <w:spacing w:before="240"/>
        <w:jc w:val="right"/>
      </w:pPr>
    </w:p>
    <w:p w14:paraId="50062BCE" w14:textId="77777777" w:rsidR="00653BEB" w:rsidRDefault="00653BEB" w:rsidP="00606686">
      <w:pPr>
        <w:spacing w:before="240"/>
        <w:jc w:val="right"/>
      </w:pPr>
    </w:p>
    <w:p w14:paraId="3AFA74C7" w14:textId="768DF8E7" w:rsidR="00C10A9B" w:rsidRDefault="00086CEB" w:rsidP="00606686">
      <w:pPr>
        <w:spacing w:before="240"/>
        <w:jc w:val="right"/>
      </w:pPr>
      <w:r w:rsidRPr="00AC6743">
        <w:t>........................................................</w:t>
      </w:r>
      <w:r w:rsidRPr="00AC6743">
        <w:br/>
        <w:t>Podpis dyrektora</w:t>
      </w:r>
    </w:p>
    <w:sectPr w:rsidR="00C10A9B" w:rsidSect="00606686">
      <w:footerReference w:type="default" r:id="rId9"/>
      <w:pgSz w:w="11906" w:h="16838" w:code="9"/>
      <w:pgMar w:top="568" w:right="1020" w:bottom="851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1C40F" w14:textId="77777777" w:rsidR="002E18D6" w:rsidRPr="00AC6743" w:rsidRDefault="002E18D6">
      <w:pPr>
        <w:spacing w:after="0" w:line="240" w:lineRule="auto"/>
      </w:pPr>
      <w:r w:rsidRPr="00AC6743">
        <w:separator/>
      </w:r>
    </w:p>
  </w:endnote>
  <w:endnote w:type="continuationSeparator" w:id="0">
    <w:p w14:paraId="08583BDF" w14:textId="77777777" w:rsidR="002E18D6" w:rsidRPr="00AC6743" w:rsidRDefault="002E18D6">
      <w:pPr>
        <w:spacing w:after="0" w:line="240" w:lineRule="auto"/>
      </w:pPr>
      <w:r w:rsidRPr="00AC67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8BA6B" w14:textId="77777777" w:rsidR="001D064B" w:rsidRPr="00AC6743" w:rsidRDefault="001D064B">
    <w:pPr>
      <w:pStyle w:val="Stopka"/>
      <w:jc w:val="center"/>
    </w:pPr>
    <w:r w:rsidRPr="00AC6743">
      <w:rPr>
        <w:color w:val="6E6E6E"/>
        <w:sz w:val="18"/>
      </w:rPr>
      <w:t>Wzór opinii o funkcjonowaniu dziecka/ucznia - od 1.09.2026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79C4B" w14:textId="77777777" w:rsidR="002E18D6" w:rsidRPr="00AC6743" w:rsidRDefault="002E18D6">
      <w:pPr>
        <w:spacing w:after="0" w:line="240" w:lineRule="auto"/>
      </w:pPr>
      <w:r w:rsidRPr="00AC6743">
        <w:separator/>
      </w:r>
    </w:p>
  </w:footnote>
  <w:footnote w:type="continuationSeparator" w:id="0">
    <w:p w14:paraId="35886AAB" w14:textId="77777777" w:rsidR="002E18D6" w:rsidRPr="00AC6743" w:rsidRDefault="002E18D6">
      <w:pPr>
        <w:spacing w:after="0" w:line="240" w:lineRule="auto"/>
      </w:pPr>
      <w:r w:rsidRPr="00AC674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0" type="#_x0000_t75" style="width:87.6pt;height:80.4pt" o:bullet="t">
        <v:imagedata r:id="rId1" o:title="56ebc6113931c_6a9b347a6cefbcb1478f15402856e0f5a90676ef[1]"/>
      </v:shape>
    </w:pict>
  </w:numPicBullet>
  <w:numPicBullet w:numPicBulletId="1">
    <w:pict>
      <v:shape id="_x0000_i1131" type="#_x0000_t75" style="width:184.8pt;height:178.2pt" o:bullet="t">
        <v:imagedata r:id="rId2" o:title="54f6da3aeb544_79fcfd60c59662a27025e9ac4ea6a866f4689e3e[1]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208CF"/>
    <w:multiLevelType w:val="hybridMultilevel"/>
    <w:tmpl w:val="4746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F5B56"/>
    <w:multiLevelType w:val="hybridMultilevel"/>
    <w:tmpl w:val="8C508358"/>
    <w:lvl w:ilvl="0" w:tplc="418E61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045C1"/>
    <w:multiLevelType w:val="hybridMultilevel"/>
    <w:tmpl w:val="0A5E039E"/>
    <w:lvl w:ilvl="0" w:tplc="28F472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602D2"/>
    <w:multiLevelType w:val="hybridMultilevel"/>
    <w:tmpl w:val="D3E2439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dkeAqU9gt8Ek/gac/e1PV0Gz/Updwu2+O3J90hNsf0XWuvaYnnFEj2gCdTLpqJjB3ZRlHvR3jaRJAdp4QCjQ1A==" w:salt="2LmPyJ5SyFOP5XAmPxLNX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CEB"/>
    <w:rsid w:val="000A23B3"/>
    <w:rsid w:val="001032C6"/>
    <w:rsid w:val="001076E1"/>
    <w:rsid w:val="0012194F"/>
    <w:rsid w:val="0015074B"/>
    <w:rsid w:val="001D064B"/>
    <w:rsid w:val="002329D5"/>
    <w:rsid w:val="002618D6"/>
    <w:rsid w:val="0029639D"/>
    <w:rsid w:val="002A260C"/>
    <w:rsid w:val="002A4BB3"/>
    <w:rsid w:val="002A5DE7"/>
    <w:rsid w:val="002C70FF"/>
    <w:rsid w:val="002E18D6"/>
    <w:rsid w:val="00326F90"/>
    <w:rsid w:val="003E0B92"/>
    <w:rsid w:val="004203FE"/>
    <w:rsid w:val="00422B55"/>
    <w:rsid w:val="004618E4"/>
    <w:rsid w:val="00470B5F"/>
    <w:rsid w:val="004D1112"/>
    <w:rsid w:val="005A2E65"/>
    <w:rsid w:val="00606686"/>
    <w:rsid w:val="006179CC"/>
    <w:rsid w:val="00652008"/>
    <w:rsid w:val="00653BEB"/>
    <w:rsid w:val="00713B13"/>
    <w:rsid w:val="007F2F07"/>
    <w:rsid w:val="007F5BEA"/>
    <w:rsid w:val="00896FE8"/>
    <w:rsid w:val="008B4699"/>
    <w:rsid w:val="008D69CA"/>
    <w:rsid w:val="008F08F1"/>
    <w:rsid w:val="008F7AE3"/>
    <w:rsid w:val="009A1A43"/>
    <w:rsid w:val="009A7876"/>
    <w:rsid w:val="009D04A9"/>
    <w:rsid w:val="009E6DBE"/>
    <w:rsid w:val="00A6788B"/>
    <w:rsid w:val="00AA1D8D"/>
    <w:rsid w:val="00AC6743"/>
    <w:rsid w:val="00AD6602"/>
    <w:rsid w:val="00B0703E"/>
    <w:rsid w:val="00B12E93"/>
    <w:rsid w:val="00B46A97"/>
    <w:rsid w:val="00B47730"/>
    <w:rsid w:val="00B50E05"/>
    <w:rsid w:val="00B550A3"/>
    <w:rsid w:val="00B823DE"/>
    <w:rsid w:val="00BB27E8"/>
    <w:rsid w:val="00C10A9B"/>
    <w:rsid w:val="00CB0664"/>
    <w:rsid w:val="00CC384C"/>
    <w:rsid w:val="00D5221B"/>
    <w:rsid w:val="00D70F91"/>
    <w:rsid w:val="00E33BFC"/>
    <w:rsid w:val="00E42590"/>
    <w:rsid w:val="00EF30FC"/>
    <w:rsid w:val="00F00FDE"/>
    <w:rsid w:val="00F16405"/>
    <w:rsid w:val="00F20485"/>
    <w:rsid w:val="00F70E5B"/>
    <w:rsid w:val="00FC1DF0"/>
    <w:rsid w:val="00FC693F"/>
    <w:rsid w:val="00FD09B2"/>
    <w:rsid w:val="00FD2231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E666F"/>
  <w14:defaultImageDpi w14:val="300"/>
  <w15:docId w15:val="{B59731A4-791B-45BA-8F96-B33B0B84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60"/>
      <w:jc w:val="both"/>
    </w:pPr>
    <w:rPr>
      <w:rFonts w:ascii="Times New Roman" w:eastAsia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Section"/>
    <w:pPr>
      <w:keepNext/>
      <w:spacing w:before="180" w:after="80"/>
    </w:pPr>
    <w:rPr>
      <w:rFonts w:ascii="Times New Roman" w:eastAsia="Times New Roman" w:hAnsi="Times New Roman"/>
      <w:b/>
      <w:color w:val="2F5974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E93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EAF9E8-D575-4A16-860C-965073C45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1304</Words>
  <Characters>7826</Characters>
  <Application>Microsoft Office Word</Application>
  <DocSecurity>8</DocSecurity>
  <Lines>65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4</cp:revision>
  <cp:lastPrinted>2026-09-18T10:44:00Z</cp:lastPrinted>
  <dcterms:created xsi:type="dcterms:W3CDTF">2026-09-21T11:19:00Z</dcterms:created>
  <dcterms:modified xsi:type="dcterms:W3CDTF">2026-09-21T14:31:00Z</dcterms:modified>
</cp:coreProperties>
</file>