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E95ED" w14:textId="77777777" w:rsidR="009E227F" w:rsidRDefault="00F16405" w:rsidP="009E227F">
      <w:pPr>
        <w:tabs>
          <w:tab w:val="left" w:pos="0"/>
        </w:tabs>
        <w:spacing w:after="40"/>
        <w:rPr>
          <w:b/>
          <w:color w:val="2F5974"/>
        </w:rPr>
      </w:pPr>
      <w:r w:rsidRPr="00AC6743">
        <w:rPr>
          <w:noProof/>
        </w:rPr>
        <w:drawing>
          <wp:anchor distT="0" distB="0" distL="114300" distR="114300" simplePos="0" relativeHeight="251659264" behindDoc="1" locked="0" layoutInCell="1" allowOverlap="1" wp14:anchorId="40205910" wp14:editId="78159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72540" cy="1272540"/>
            <wp:effectExtent l="0" t="0" r="3810" b="3810"/>
            <wp:wrapTight wrapText="bothSides">
              <wp:wrapPolygon edited="0">
                <wp:start x="0" y="0"/>
                <wp:lineTo x="0" y="21341"/>
                <wp:lineTo x="21341" y="21341"/>
                <wp:lineTo x="21341" y="0"/>
                <wp:lineTo x="0" y="0"/>
              </wp:wrapPolygon>
            </wp:wrapTight>
            <wp:docPr id="1270856627" name="Obraz 1270856627" descr="C:\Users\Bogumiła Gos\Downloads\ChatGPT Image 14 sie 2026, 14_13_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gumiła Gos\Downloads\ChatGPT Image 14 sie 2026, 14_13_5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9CA">
        <w:rPr>
          <w:b/>
          <w:color w:val="2F5974"/>
        </w:rPr>
        <w:t xml:space="preserve">   </w:t>
      </w:r>
      <w:r w:rsidRPr="00AC6743">
        <w:rPr>
          <w:b/>
          <w:color w:val="2F5974"/>
        </w:rPr>
        <w:t xml:space="preserve"> </w:t>
      </w:r>
      <w:r w:rsidR="00D70F91">
        <w:rPr>
          <w:b/>
          <w:color w:val="2F5974"/>
        </w:rPr>
        <w:t xml:space="preserve">          </w:t>
      </w:r>
    </w:p>
    <w:p w14:paraId="69445D45" w14:textId="77777777" w:rsidR="009E227F" w:rsidRDefault="009E227F" w:rsidP="009E227F">
      <w:pPr>
        <w:tabs>
          <w:tab w:val="left" w:pos="0"/>
        </w:tabs>
        <w:spacing w:after="40"/>
        <w:rPr>
          <w:b/>
          <w:color w:val="2F5974"/>
        </w:rPr>
      </w:pPr>
    </w:p>
    <w:p w14:paraId="6B5BEE0A" w14:textId="5A6A0CD0" w:rsidR="009E227F" w:rsidRDefault="009E227F" w:rsidP="009E227F">
      <w:pPr>
        <w:tabs>
          <w:tab w:val="left" w:pos="0"/>
        </w:tabs>
        <w:spacing w:after="40"/>
        <w:rPr>
          <w:b/>
          <w:color w:val="2F5974"/>
        </w:rPr>
      </w:pPr>
    </w:p>
    <w:p w14:paraId="317A7915" w14:textId="77777777" w:rsidR="009E227F" w:rsidRDefault="009E227F" w:rsidP="009E227F">
      <w:pPr>
        <w:tabs>
          <w:tab w:val="left" w:pos="0"/>
        </w:tabs>
        <w:spacing w:after="40"/>
        <w:rPr>
          <w:b/>
          <w:color w:val="2F5974"/>
        </w:rPr>
      </w:pPr>
    </w:p>
    <w:p w14:paraId="4EB3CC94" w14:textId="77777777" w:rsidR="009E227F" w:rsidRDefault="009E227F" w:rsidP="009E227F">
      <w:pPr>
        <w:tabs>
          <w:tab w:val="left" w:pos="0"/>
        </w:tabs>
        <w:spacing w:after="40"/>
        <w:rPr>
          <w:b/>
          <w:color w:val="2F5974"/>
        </w:rPr>
      </w:pPr>
    </w:p>
    <w:p w14:paraId="355F8B8A" w14:textId="40C7DE9C" w:rsidR="00F16405" w:rsidRPr="00AC6743" w:rsidRDefault="00F16405" w:rsidP="009E227F">
      <w:pPr>
        <w:tabs>
          <w:tab w:val="left" w:pos="0"/>
        </w:tabs>
        <w:spacing w:after="40"/>
      </w:pPr>
      <w:r w:rsidRPr="00AC6743">
        <w:rPr>
          <w:b/>
          <w:color w:val="2F5974"/>
        </w:rPr>
        <w:t xml:space="preserve">OPINIA O FUNKCJONOWANIU </w:t>
      </w:r>
      <w:r w:rsidR="009E227F">
        <w:rPr>
          <w:b/>
          <w:color w:val="2F5974"/>
        </w:rPr>
        <w:t>DZIECKA W PRZEDSZKOLU</w:t>
      </w:r>
    </w:p>
    <w:p w14:paraId="42A8F498" w14:textId="2D78F404" w:rsidR="00C10A9B" w:rsidRPr="00AC6743" w:rsidRDefault="00C10A9B" w:rsidP="00F16405">
      <w:pPr>
        <w:tabs>
          <w:tab w:val="left" w:pos="0"/>
        </w:tabs>
        <w:spacing w:after="40"/>
      </w:pPr>
    </w:p>
    <w:p w14:paraId="66BC394B" w14:textId="77777777" w:rsidR="00C10A9B" w:rsidRPr="00AC6743" w:rsidRDefault="00086CEB" w:rsidP="00FF5DDC">
      <w:pPr>
        <w:spacing w:after="80" w:line="240" w:lineRule="auto"/>
        <w:rPr>
          <w:b/>
          <w:sz w:val="22"/>
        </w:rPr>
      </w:pPr>
      <w:r w:rsidRPr="00AC6743">
        <w:rPr>
          <w:b/>
          <w:sz w:val="22"/>
        </w:rPr>
        <w:t>Wzór do stosowania od 1 września 2026 r. na potrzeby postępowania prowadzonego przez zespół orzekający w publicznej poradni psychologiczno-pedagogicznej, zgodnie z § 7 rozporządzenia Ministra Edukacji z dnia 2 marca 2026 r. w sprawie orzeczeń i opinii wydawanych przez zespoły orzekające działające w publicznych poradniach psychologiczno-pedagogicznych (Dz.U. z 2026 r. poz. 428).</w:t>
      </w:r>
    </w:p>
    <w:p w14:paraId="2C6D6AEC" w14:textId="77777777" w:rsidR="00FF5DDC" w:rsidRPr="00AC6743" w:rsidRDefault="00FF5DDC" w:rsidP="00FF5DDC">
      <w:pPr>
        <w:spacing w:after="0"/>
        <w:rPr>
          <w:i/>
        </w:rPr>
      </w:pPr>
    </w:p>
    <w:p w14:paraId="5DEED66C" w14:textId="27E3A339" w:rsidR="00C10A9B" w:rsidRPr="00AC6743" w:rsidRDefault="00086CEB" w:rsidP="00FF5DDC">
      <w:pPr>
        <w:spacing w:after="80" w:line="240" w:lineRule="auto"/>
      </w:pPr>
      <w:bookmarkStart w:id="0" w:name="_Hlk240625733"/>
      <w:r w:rsidRPr="00AC6743">
        <w:rPr>
          <w:i/>
        </w:rPr>
        <w:t xml:space="preserve">Opis powinien odnosić się do rzeczywistego funkcjonowania </w:t>
      </w:r>
      <w:r w:rsidR="009E227F">
        <w:rPr>
          <w:i/>
        </w:rPr>
        <w:t>dziecka</w:t>
      </w:r>
      <w:r w:rsidRPr="00AC6743">
        <w:rPr>
          <w:i/>
        </w:rPr>
        <w:t xml:space="preserve"> w środowisku</w:t>
      </w:r>
      <w:r w:rsidR="008D69CA">
        <w:rPr>
          <w:i/>
        </w:rPr>
        <w:t xml:space="preserve"> </w:t>
      </w:r>
      <w:r w:rsidR="009E227F">
        <w:rPr>
          <w:i/>
        </w:rPr>
        <w:t xml:space="preserve">przedszkolnym </w:t>
      </w:r>
      <w:r w:rsidR="009E227F">
        <w:rPr>
          <w:i/>
        </w:rPr>
        <w:br/>
      </w:r>
      <w:r w:rsidRPr="00AC6743">
        <w:rPr>
          <w:i/>
        </w:rPr>
        <w:t xml:space="preserve">i uwzględniać wyniki obserwacji funkcjonowania oraz działań diagnostycznych prowadzonych </w:t>
      </w:r>
      <w:r w:rsidR="008D69CA">
        <w:rPr>
          <w:i/>
        </w:rPr>
        <w:br/>
      </w:r>
      <w:r w:rsidRPr="00AC6743">
        <w:rPr>
          <w:i/>
        </w:rPr>
        <w:t>w placówce.</w:t>
      </w:r>
    </w:p>
    <w:bookmarkEnd w:id="0"/>
    <w:p w14:paraId="2EA4E7D2" w14:textId="5039124E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t>I</w:t>
      </w:r>
      <w:r w:rsidR="000F0E52">
        <w:rPr>
          <w:lang w:val="pl-PL"/>
        </w:rPr>
        <w:t>.</w:t>
      </w:r>
      <w:r w:rsidRPr="00AC6743">
        <w:rPr>
          <w:lang w:val="pl-PL"/>
        </w:rPr>
        <w:t xml:space="preserve"> </w:t>
      </w:r>
      <w:r w:rsidR="00086CEB" w:rsidRPr="00AC6743">
        <w:rPr>
          <w:lang w:val="pl-PL"/>
        </w:rPr>
        <w:t>DANE IDENTYFIKACYJNE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803"/>
      </w:tblGrid>
      <w:tr w:rsidR="00C10A9B" w:rsidRPr="00AC6743" w14:paraId="14D9DF95" w14:textId="77777777" w:rsidTr="00CE68A7">
        <w:trPr>
          <w:cantSplit/>
          <w:trHeight w:val="435"/>
          <w:jc w:val="center"/>
        </w:trPr>
        <w:tc>
          <w:tcPr>
            <w:tcW w:w="3061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075E1D10" w14:textId="46E74578" w:rsidR="00C10A9B" w:rsidRPr="00AC6743" w:rsidRDefault="00086CEB" w:rsidP="00F16405">
            <w:pPr>
              <w:spacing w:after="0"/>
              <w:contextualSpacing/>
              <w:jc w:val="left"/>
            </w:pPr>
            <w:permStart w:id="336544539" w:edGrp="everyone" w:colFirst="1" w:colLast="1"/>
            <w:r w:rsidRPr="00AC6743">
              <w:rPr>
                <w:b/>
              </w:rPr>
              <w:t>Imię i nazwisko dziecka</w:t>
            </w:r>
          </w:p>
        </w:tc>
        <w:tc>
          <w:tcPr>
            <w:tcW w:w="6803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08DA403" w14:textId="45BF426A" w:rsidR="00C10A9B" w:rsidRPr="00AC6743" w:rsidRDefault="00AB2896" w:rsidP="00F16405">
            <w:pPr>
              <w:spacing w:after="0"/>
              <w:contextualSpacing/>
              <w:jc w:val="left"/>
            </w:pPr>
            <w:r>
              <w:t>………………………………………………………………………</w:t>
            </w:r>
          </w:p>
        </w:tc>
      </w:tr>
      <w:tr w:rsidR="00C10A9B" w:rsidRPr="00AC6743" w14:paraId="46F4EC99" w14:textId="77777777" w:rsidTr="00CE68A7">
        <w:trPr>
          <w:cantSplit/>
          <w:trHeight w:val="435"/>
          <w:jc w:val="center"/>
        </w:trPr>
        <w:tc>
          <w:tcPr>
            <w:tcW w:w="3061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05631E77" w14:textId="77777777" w:rsidR="00C10A9B" w:rsidRPr="00AC6743" w:rsidRDefault="00086CEB" w:rsidP="00F16405">
            <w:pPr>
              <w:spacing w:after="0"/>
              <w:contextualSpacing/>
              <w:jc w:val="left"/>
            </w:pPr>
            <w:permStart w:id="392579263" w:edGrp="everyone" w:colFirst="1" w:colLast="1"/>
            <w:permEnd w:id="336544539"/>
            <w:r w:rsidRPr="00AC6743">
              <w:rPr>
                <w:b/>
              </w:rPr>
              <w:t>Data urodzenia</w:t>
            </w:r>
          </w:p>
        </w:tc>
        <w:tc>
          <w:tcPr>
            <w:tcW w:w="6803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6946BB6" w14:textId="75681C8B" w:rsidR="00C10A9B" w:rsidRPr="00AC6743" w:rsidRDefault="00AB2896" w:rsidP="00F16405">
            <w:pPr>
              <w:spacing w:after="0"/>
              <w:contextualSpacing/>
              <w:jc w:val="left"/>
            </w:pPr>
            <w:r>
              <w:t>………………………………………………………………………</w:t>
            </w:r>
          </w:p>
        </w:tc>
      </w:tr>
      <w:tr w:rsidR="00C10A9B" w:rsidRPr="00AC6743" w14:paraId="180BDCB6" w14:textId="77777777" w:rsidTr="00CE68A7">
        <w:trPr>
          <w:cantSplit/>
          <w:trHeight w:val="435"/>
          <w:jc w:val="center"/>
        </w:trPr>
        <w:tc>
          <w:tcPr>
            <w:tcW w:w="3061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3D258E5C" w14:textId="00050E64" w:rsidR="00C10A9B" w:rsidRPr="00AC6743" w:rsidRDefault="00743774" w:rsidP="00F16405">
            <w:pPr>
              <w:spacing w:after="0"/>
              <w:contextualSpacing/>
              <w:jc w:val="left"/>
            </w:pPr>
            <w:permStart w:id="1365138062" w:edGrp="everyone" w:colFirst="1" w:colLast="1"/>
            <w:permEnd w:id="392579263"/>
            <w:r>
              <w:rPr>
                <w:b/>
              </w:rPr>
              <w:t>Nazwa i adres p</w:t>
            </w:r>
            <w:r w:rsidR="00086CEB" w:rsidRPr="00AC6743">
              <w:rPr>
                <w:b/>
              </w:rPr>
              <w:t>rzedszkol</w:t>
            </w:r>
            <w:r>
              <w:rPr>
                <w:b/>
              </w:rPr>
              <w:t>a</w:t>
            </w:r>
          </w:p>
        </w:tc>
        <w:tc>
          <w:tcPr>
            <w:tcW w:w="6803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64D34506" w14:textId="4A7FFF13" w:rsidR="00C10A9B" w:rsidRPr="00AC6743" w:rsidRDefault="00AB2896" w:rsidP="00F16405">
            <w:pPr>
              <w:spacing w:after="0"/>
              <w:contextualSpacing/>
              <w:jc w:val="left"/>
            </w:pPr>
            <w:r>
              <w:t>………………………………………………………………………</w:t>
            </w:r>
          </w:p>
        </w:tc>
      </w:tr>
      <w:tr w:rsidR="00C10A9B" w:rsidRPr="00AC6743" w14:paraId="0F541855" w14:textId="77777777" w:rsidTr="00CE68A7">
        <w:trPr>
          <w:cantSplit/>
          <w:trHeight w:val="435"/>
          <w:jc w:val="center"/>
        </w:trPr>
        <w:tc>
          <w:tcPr>
            <w:tcW w:w="3061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A1EEA51" w14:textId="7DE747FB" w:rsidR="00C10A9B" w:rsidRPr="00AC6743" w:rsidRDefault="00743774" w:rsidP="00F16405">
            <w:pPr>
              <w:spacing w:after="0"/>
              <w:contextualSpacing/>
              <w:jc w:val="left"/>
            </w:pPr>
            <w:permStart w:id="228281268" w:edGrp="everyone" w:colFirst="1" w:colLast="1"/>
            <w:permEnd w:id="1365138062"/>
            <w:r>
              <w:rPr>
                <w:b/>
              </w:rPr>
              <w:t xml:space="preserve">Grupa / </w:t>
            </w:r>
            <w:r w:rsidR="00086CEB" w:rsidRPr="00AC6743">
              <w:rPr>
                <w:b/>
              </w:rPr>
              <w:t>Oddział</w:t>
            </w:r>
          </w:p>
        </w:tc>
        <w:tc>
          <w:tcPr>
            <w:tcW w:w="6803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F0FE1BF" w14:textId="6B6BD2E5" w:rsidR="00C10A9B" w:rsidRPr="00AC6743" w:rsidRDefault="00AB2896" w:rsidP="00F16405">
            <w:pPr>
              <w:spacing w:after="0"/>
              <w:contextualSpacing/>
              <w:jc w:val="left"/>
            </w:pPr>
            <w:r>
              <w:t>………………………………………………………………………</w:t>
            </w:r>
          </w:p>
        </w:tc>
      </w:tr>
      <w:tr w:rsidR="00C10A9B" w:rsidRPr="00AC6743" w14:paraId="330C99D5" w14:textId="77777777" w:rsidTr="00CE68A7">
        <w:trPr>
          <w:cantSplit/>
          <w:trHeight w:val="435"/>
          <w:jc w:val="center"/>
        </w:trPr>
        <w:tc>
          <w:tcPr>
            <w:tcW w:w="3061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8363458" w14:textId="77777777" w:rsidR="00C10A9B" w:rsidRPr="00AC6743" w:rsidRDefault="00086CEB" w:rsidP="00F16405">
            <w:pPr>
              <w:spacing w:after="0"/>
              <w:contextualSpacing/>
              <w:jc w:val="left"/>
            </w:pPr>
            <w:permStart w:id="369303961" w:edGrp="everyone" w:colFirst="1" w:colLast="1"/>
            <w:permEnd w:id="228281268"/>
            <w:r w:rsidRPr="00AC6743">
              <w:rPr>
                <w:b/>
              </w:rPr>
              <w:t>Data wydania opinii</w:t>
            </w:r>
          </w:p>
        </w:tc>
        <w:tc>
          <w:tcPr>
            <w:tcW w:w="6803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282E80A" w14:textId="19E9B67A" w:rsidR="00C10A9B" w:rsidRPr="00AC6743" w:rsidRDefault="00AB2896" w:rsidP="00F16405">
            <w:pPr>
              <w:spacing w:after="0"/>
              <w:contextualSpacing/>
              <w:jc w:val="left"/>
            </w:pPr>
            <w:r>
              <w:t>………………………………………………………………………</w:t>
            </w:r>
          </w:p>
        </w:tc>
      </w:tr>
    </w:tbl>
    <w:permEnd w:id="369303961"/>
    <w:p w14:paraId="05763DD3" w14:textId="727D692F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t>II</w:t>
      </w:r>
      <w:r w:rsidR="000F0E52">
        <w:rPr>
          <w:lang w:val="pl-PL"/>
        </w:rPr>
        <w:t>.</w:t>
      </w:r>
      <w:r w:rsidRPr="00AC6743">
        <w:rPr>
          <w:lang w:val="pl-PL"/>
        </w:rPr>
        <w:t xml:space="preserve"> </w:t>
      </w:r>
      <w:r w:rsidR="00086CEB" w:rsidRPr="00AC6743">
        <w:rPr>
          <w:lang w:val="pl-PL"/>
        </w:rPr>
        <w:t>PODSTAWA OPRACOWANIA OPINII</w:t>
      </w:r>
    </w:p>
    <w:p w14:paraId="242E7908" w14:textId="70149572" w:rsidR="002329D5" w:rsidRPr="00AC6743" w:rsidRDefault="00086CEB" w:rsidP="00D5221B">
      <w:pPr>
        <w:spacing w:after="80"/>
      </w:pPr>
      <w:r w:rsidRPr="00AC6743">
        <w:t xml:space="preserve">Opinia uwzględnia wyniki obserwacji funkcjonowania </w:t>
      </w:r>
      <w:r w:rsidR="009E227F">
        <w:t>dziecka</w:t>
      </w:r>
      <w:r w:rsidRPr="00AC6743">
        <w:t xml:space="preserve"> oraz działań diagnostycznych prowadzonych w placówce.</w:t>
      </w:r>
    </w:p>
    <w:p w14:paraId="25E5F648" w14:textId="10AC3195" w:rsidR="002329D5" w:rsidRPr="00AC6743" w:rsidRDefault="00D5221B" w:rsidP="00B12E93">
      <w:pPr>
        <w:pStyle w:val="Akapitzlist"/>
        <w:numPr>
          <w:ilvl w:val="0"/>
          <w:numId w:val="11"/>
        </w:numPr>
        <w:spacing w:after="80"/>
        <w:ind w:left="567"/>
        <w:jc w:val="left"/>
      </w:pPr>
      <w:r w:rsidRPr="00AC6743">
        <w:t>zastosowane narzędzie</w:t>
      </w:r>
      <w:r w:rsidR="00B12E93">
        <w:t xml:space="preserve"> </w:t>
      </w:r>
      <w:r w:rsidRPr="00AC6743">
        <w:t>diagnostyczne</w:t>
      </w:r>
      <w:r w:rsidR="009A1A43" w:rsidRPr="00AC6743">
        <w:t>:</w:t>
      </w:r>
      <w:r w:rsidR="00AB2896">
        <w:t xml:space="preserve"> </w:t>
      </w:r>
      <w:permStart w:id="2140279558" w:edGrp="everyone"/>
      <w:r w:rsidR="009A1A43" w:rsidRPr="00AC6743">
        <w:t>……………………………………</w:t>
      </w:r>
      <w:r w:rsidR="00AB2896">
        <w:t>…..</w:t>
      </w:r>
      <w:r w:rsidR="009A1A43" w:rsidRPr="00AC6743">
        <w:t>………………</w:t>
      </w:r>
      <w:r w:rsidR="00B12E93">
        <w:t>….</w:t>
      </w:r>
      <w:permEnd w:id="2140279558"/>
    </w:p>
    <w:p w14:paraId="0721A592" w14:textId="5B7D620B" w:rsidR="001076E1" w:rsidRPr="00AC6743" w:rsidRDefault="001076E1" w:rsidP="00B12E93">
      <w:pPr>
        <w:pStyle w:val="Akapitzlist"/>
        <w:numPr>
          <w:ilvl w:val="0"/>
          <w:numId w:val="11"/>
        </w:numPr>
        <w:spacing w:after="80"/>
        <w:ind w:left="567"/>
        <w:jc w:val="left"/>
      </w:pPr>
      <w:r w:rsidRPr="00AC6743">
        <w:t>najważniejszy wynik/wniosek dia</w:t>
      </w:r>
      <w:r w:rsidR="002329D5" w:rsidRPr="00AC6743">
        <w:t>gnostyczny:</w:t>
      </w:r>
      <w:r w:rsidR="00AB2896">
        <w:t xml:space="preserve"> </w:t>
      </w:r>
      <w:permStart w:id="526671808" w:edGrp="everyone"/>
      <w:r w:rsidR="002329D5" w:rsidRPr="00AC6743">
        <w:t>………………………………………………</w:t>
      </w:r>
      <w:r w:rsidR="00AB2896">
        <w:t>..</w:t>
      </w:r>
      <w:r w:rsidR="00B12E93">
        <w:t>….</w:t>
      </w:r>
      <w:permEnd w:id="526671808"/>
      <w:r w:rsidR="00B12E93">
        <w:br/>
      </w:r>
      <w:permStart w:id="2137275325" w:edGrp="everyone"/>
      <w:r w:rsidR="00B12E93">
        <w:t>…………………………………………………………………………………………</w:t>
      </w:r>
      <w:r w:rsidR="00AB2896">
        <w:t>.</w:t>
      </w:r>
      <w:r w:rsidR="00B12E93">
        <w:t>………….</w:t>
      </w:r>
      <w:permEnd w:id="2137275325"/>
    </w:p>
    <w:p w14:paraId="6093E9C0" w14:textId="77777777" w:rsidR="00FF5DDC" w:rsidRPr="00AC6743" w:rsidRDefault="00FF5DDC">
      <w:pPr>
        <w:spacing w:after="80"/>
        <w:rPr>
          <w:b/>
        </w:rPr>
      </w:pPr>
    </w:p>
    <w:p w14:paraId="30D98D50" w14:textId="7CABA989" w:rsidR="00C10A9B" w:rsidRPr="00AC6743" w:rsidRDefault="00086CEB">
      <w:pPr>
        <w:spacing w:after="80"/>
      </w:pPr>
      <w:r w:rsidRPr="00AC6743">
        <w:rPr>
          <w:b/>
        </w:rPr>
        <w:t>Dodatkowo wykorzystano (zaznaczyć właściwe</w:t>
      </w:r>
      <w:r w:rsidRPr="00AC6743">
        <w:t>):</w:t>
      </w:r>
    </w:p>
    <w:p w14:paraId="250EF42C" w14:textId="425ED3D0" w:rsidR="00C10A9B" w:rsidRPr="00AC6743" w:rsidRDefault="00086CEB" w:rsidP="00AB2896">
      <w:pPr>
        <w:pStyle w:val="Akapitzlist"/>
        <w:numPr>
          <w:ilvl w:val="0"/>
          <w:numId w:val="12"/>
        </w:numPr>
        <w:spacing w:after="40"/>
        <w:jc w:val="left"/>
      </w:pPr>
      <w:r w:rsidRPr="00AC6743">
        <w:t>informacje nauczycieli / wychowawcy grupy</w:t>
      </w:r>
    </w:p>
    <w:p w14:paraId="46ECBCCA" w14:textId="77777777" w:rsidR="00AB2896" w:rsidRDefault="00086CEB" w:rsidP="00AB2896">
      <w:pPr>
        <w:pStyle w:val="Akapitzlist"/>
        <w:numPr>
          <w:ilvl w:val="0"/>
          <w:numId w:val="12"/>
        </w:numPr>
        <w:spacing w:after="40"/>
        <w:jc w:val="left"/>
      </w:pPr>
      <w:r w:rsidRPr="00AC6743">
        <w:t xml:space="preserve">informacje specjalistów prowadzących zajęcia z </w:t>
      </w:r>
      <w:r w:rsidR="009E227F">
        <w:t>dzieckiem</w:t>
      </w:r>
    </w:p>
    <w:p w14:paraId="7E311772" w14:textId="798D907B" w:rsidR="00C10A9B" w:rsidRPr="00AC6743" w:rsidRDefault="00086CEB" w:rsidP="00AB2896">
      <w:pPr>
        <w:pStyle w:val="Akapitzlist"/>
        <w:numPr>
          <w:ilvl w:val="0"/>
          <w:numId w:val="12"/>
        </w:numPr>
        <w:spacing w:after="40"/>
        <w:jc w:val="left"/>
      </w:pPr>
      <w:r w:rsidRPr="00AC6743">
        <w:t>dokumentację dotyczącą udzielanej pomocy psychologiczno-pedagogicznej lub wczesnego wspomagania rozwoju</w:t>
      </w:r>
    </w:p>
    <w:p w14:paraId="6482F413" w14:textId="0B2353F7" w:rsidR="00C10A9B" w:rsidRPr="00AC6743" w:rsidRDefault="00086CEB" w:rsidP="00AB2896">
      <w:pPr>
        <w:pStyle w:val="Akapitzlist"/>
        <w:numPr>
          <w:ilvl w:val="0"/>
          <w:numId w:val="12"/>
        </w:numPr>
        <w:spacing w:after="40"/>
        <w:jc w:val="left"/>
      </w:pPr>
      <w:r w:rsidRPr="00AC6743">
        <w:t xml:space="preserve">inną dokumentację istotną dla opisu funkcjonowania: </w:t>
      </w:r>
      <w:permStart w:id="456418648" w:edGrp="everyone"/>
      <w:r w:rsidRPr="00AC6743">
        <w:t>.................................................................</w:t>
      </w:r>
      <w:permEnd w:id="456418648"/>
      <w:r w:rsidR="002618D6" w:rsidRPr="00AC6743">
        <w:br w:type="page"/>
      </w:r>
    </w:p>
    <w:p w14:paraId="0EDA7BD6" w14:textId="73B143A8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lastRenderedPageBreak/>
        <w:t>III</w:t>
      </w:r>
      <w:r w:rsidR="000F0E52">
        <w:rPr>
          <w:lang w:val="pl-PL"/>
        </w:rPr>
        <w:t>.</w:t>
      </w:r>
      <w:r w:rsidRPr="00AC6743">
        <w:rPr>
          <w:lang w:val="pl-PL"/>
        </w:rPr>
        <w:t xml:space="preserve"> </w:t>
      </w:r>
      <w:r w:rsidR="00086CEB" w:rsidRPr="00AC6743">
        <w:rPr>
          <w:lang w:val="pl-PL"/>
        </w:rPr>
        <w:t xml:space="preserve">FUNKCJONOWANIE </w:t>
      </w:r>
      <w:r w:rsidR="009E227F">
        <w:rPr>
          <w:lang w:val="pl-PL"/>
        </w:rPr>
        <w:t>DZIECKA</w:t>
      </w:r>
    </w:p>
    <w:p w14:paraId="6ECD68AD" w14:textId="1EF95369" w:rsidR="00C10A9B" w:rsidRPr="00AC6743" w:rsidRDefault="00086CEB" w:rsidP="00B823DE">
      <w:pPr>
        <w:spacing w:after="0"/>
      </w:pPr>
      <w:r w:rsidRPr="00AC6743">
        <w:t>Najważniejsze mocne strony i uzdolnienia</w:t>
      </w:r>
      <w:r w:rsidR="000F0E52">
        <w:t>.</w:t>
      </w:r>
    </w:p>
    <w:p w14:paraId="5935ADEE" w14:textId="63B211BB" w:rsidR="001076E1" w:rsidRPr="00AC6743" w:rsidRDefault="001076E1" w:rsidP="00B823DE">
      <w:pPr>
        <w:spacing w:after="0"/>
      </w:pPr>
      <w:r w:rsidRPr="00AC6743">
        <w:t>W opisie należy uwzględnić, jeżeli mają znaczenie, czynniki utrudniające i ułatwiające funkcjonowanie dziecka</w:t>
      </w:r>
    </w:p>
    <w:tbl>
      <w:tblPr>
        <w:tblStyle w:val="Tabela-Siatka"/>
        <w:tblW w:w="10706" w:type="dxa"/>
        <w:jc w:val="center"/>
        <w:tblLayout w:type="fixed"/>
        <w:tblLook w:val="04A0" w:firstRow="1" w:lastRow="0" w:firstColumn="1" w:lastColumn="0" w:noHBand="0" w:noVBand="1"/>
      </w:tblPr>
      <w:tblGrid>
        <w:gridCol w:w="2772"/>
        <w:gridCol w:w="7934"/>
      </w:tblGrid>
      <w:tr w:rsidR="00743774" w:rsidRPr="00422B55" w14:paraId="0DBDF67C" w14:textId="7D8654DD" w:rsidTr="00D21848">
        <w:trPr>
          <w:cantSplit/>
          <w:trHeight w:val="1020"/>
          <w:jc w:val="center"/>
        </w:trPr>
        <w:tc>
          <w:tcPr>
            <w:tcW w:w="2772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C0026D0" w14:textId="5E019C17" w:rsidR="00743774" w:rsidRPr="00422B55" w:rsidRDefault="00743774">
            <w:pPr>
              <w:spacing w:after="0"/>
              <w:jc w:val="left"/>
              <w:rPr>
                <w:szCs w:val="24"/>
              </w:rPr>
            </w:pPr>
            <w:permStart w:id="441087014" w:edGrp="everyone" w:colFirst="1" w:colLast="1"/>
            <w:r w:rsidRPr="00743774">
              <w:rPr>
                <w:b/>
              </w:rPr>
              <w:t xml:space="preserve">Mocne strony </w:t>
            </w:r>
            <w:r>
              <w:rPr>
                <w:b/>
              </w:rPr>
              <w:br/>
            </w:r>
            <w:r w:rsidRPr="00743774">
              <w:rPr>
                <w:b/>
              </w:rPr>
              <w:t>i uzdolnienia</w:t>
            </w:r>
            <w:r>
              <w:t xml:space="preserve"> </w:t>
            </w:r>
            <w:r>
              <w:br/>
            </w:r>
            <w:r w:rsidRPr="00743774">
              <w:rPr>
                <w:i/>
                <w:sz w:val="20"/>
                <w:szCs w:val="20"/>
              </w:rPr>
              <w:t xml:space="preserve">(co dziecku wychodzi najlepiej? jakie ma zainteresowania? kiedy najchętniej uczestniczy </w:t>
            </w:r>
            <w:r w:rsidR="00D21848">
              <w:rPr>
                <w:i/>
                <w:sz w:val="20"/>
                <w:szCs w:val="20"/>
              </w:rPr>
              <w:br/>
            </w:r>
            <w:r w:rsidRPr="00743774">
              <w:rPr>
                <w:i/>
                <w:sz w:val="20"/>
                <w:szCs w:val="20"/>
              </w:rPr>
              <w:t>w zajęciach?)</w:t>
            </w:r>
          </w:p>
        </w:tc>
        <w:tc>
          <w:tcPr>
            <w:tcW w:w="7934" w:type="dxa"/>
            <w:shd w:val="clear" w:color="auto" w:fill="auto"/>
          </w:tcPr>
          <w:p w14:paraId="2572B047" w14:textId="2B964360" w:rsidR="00743774" w:rsidRPr="00422B55" w:rsidRDefault="00AB2896">
            <w:pPr>
              <w:spacing w:after="0"/>
              <w:jc w:val="left"/>
              <w:rPr>
                <w:szCs w:val="24"/>
              </w:rPr>
            </w:pPr>
            <w:r>
              <w:rPr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</w:p>
        </w:tc>
      </w:tr>
      <w:tr w:rsidR="00743774" w:rsidRPr="00422B55" w14:paraId="7E551ED0" w14:textId="77777777" w:rsidTr="00D21848">
        <w:trPr>
          <w:cantSplit/>
          <w:trHeight w:val="1020"/>
          <w:jc w:val="center"/>
        </w:trPr>
        <w:tc>
          <w:tcPr>
            <w:tcW w:w="2772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75E71CE1" w14:textId="3D3EEFB8" w:rsidR="00743774" w:rsidRPr="00743774" w:rsidRDefault="00743774">
            <w:pPr>
              <w:spacing w:after="0"/>
              <w:jc w:val="left"/>
              <w:rPr>
                <w:b/>
              </w:rPr>
            </w:pPr>
            <w:permStart w:id="274351548" w:edGrp="everyone" w:colFirst="1" w:colLast="1"/>
            <w:permEnd w:id="441087014"/>
            <w:r w:rsidRPr="00743774">
              <w:rPr>
                <w:b/>
              </w:rPr>
              <w:t>Trudności dziecka</w:t>
            </w:r>
            <w:r>
              <w:t xml:space="preserve"> </w:t>
            </w:r>
            <w:r w:rsidRPr="00D21848">
              <w:rPr>
                <w:i/>
                <w:sz w:val="20"/>
                <w:szCs w:val="20"/>
              </w:rPr>
              <w:t>(koncentracja uwagi, pamięć, tempo pracy, rozumienie poleceń, rozwiązywanie prostych problemów, wytrwałość, wykonywanie poleceń, motywacja, w jakich sytuacjach potrzebuje pomocy dorosłego?)</w:t>
            </w:r>
          </w:p>
        </w:tc>
        <w:tc>
          <w:tcPr>
            <w:tcW w:w="7934" w:type="dxa"/>
            <w:shd w:val="clear" w:color="auto" w:fill="auto"/>
          </w:tcPr>
          <w:p w14:paraId="3E4BD5C8" w14:textId="70D37A04" w:rsidR="00743774" w:rsidRPr="00422B55" w:rsidRDefault="00AB2896">
            <w:pPr>
              <w:spacing w:after="0"/>
              <w:jc w:val="left"/>
              <w:rPr>
                <w:szCs w:val="24"/>
              </w:rPr>
            </w:pPr>
            <w:r>
              <w:rPr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</w:p>
        </w:tc>
      </w:tr>
      <w:permEnd w:id="274351548"/>
    </w:tbl>
    <w:p w14:paraId="2F1169C9" w14:textId="77777777" w:rsidR="003277DD" w:rsidRPr="004203FE" w:rsidRDefault="003277DD" w:rsidP="004203FE">
      <w:pPr>
        <w:spacing w:after="80"/>
        <w:rPr>
          <w:sz w:val="20"/>
          <w:szCs w:val="20"/>
        </w:rPr>
      </w:pPr>
    </w:p>
    <w:tbl>
      <w:tblPr>
        <w:tblStyle w:val="Tabela-Siatka"/>
        <w:tblW w:w="10718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7888"/>
      </w:tblGrid>
      <w:tr w:rsidR="00C10A9B" w:rsidRPr="00AC6743" w14:paraId="2159B00C" w14:textId="77777777" w:rsidTr="004203FE">
        <w:trPr>
          <w:cantSplit/>
          <w:trHeight w:val="454"/>
          <w:jc w:val="center"/>
        </w:trPr>
        <w:tc>
          <w:tcPr>
            <w:tcW w:w="10718" w:type="dxa"/>
            <w:gridSpan w:val="2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FC4861C" w14:textId="293C95A5" w:rsidR="00C10A9B" w:rsidRPr="004203FE" w:rsidRDefault="004203FE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4203FE">
              <w:rPr>
                <w:b/>
                <w:color w:val="FFFFFF" w:themeColor="background1"/>
                <w:sz w:val="28"/>
                <w:szCs w:val="28"/>
              </w:rPr>
              <w:t>Aktywność i uczestniczenie - informacja o funkcjonowani</w:t>
            </w:r>
            <w:r w:rsidR="009E227F">
              <w:rPr>
                <w:b/>
                <w:color w:val="FFFFFF" w:themeColor="background1"/>
                <w:sz w:val="28"/>
                <w:szCs w:val="28"/>
              </w:rPr>
              <w:t>u dziecka</w:t>
            </w:r>
          </w:p>
        </w:tc>
      </w:tr>
      <w:tr w:rsidR="00B12E93" w:rsidRPr="00AC6743" w14:paraId="363C6F40" w14:textId="450E6C8A" w:rsidTr="00606686">
        <w:trPr>
          <w:cantSplit/>
          <w:trHeight w:val="376"/>
          <w:jc w:val="center"/>
        </w:trPr>
        <w:tc>
          <w:tcPr>
            <w:tcW w:w="2830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3CAC3A11" w14:textId="6470C1C3" w:rsidR="00B12E93" w:rsidRPr="00606686" w:rsidRDefault="00B12E93" w:rsidP="00B12E93">
            <w:pPr>
              <w:spacing w:after="0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606686">
              <w:rPr>
                <w:b/>
                <w:color w:val="FFFFFF" w:themeColor="background1"/>
              </w:rPr>
              <w:t>Obszar funkcjonowania</w:t>
            </w:r>
          </w:p>
        </w:tc>
        <w:tc>
          <w:tcPr>
            <w:tcW w:w="7888" w:type="dxa"/>
            <w:shd w:val="clear" w:color="auto" w:fill="3F6F8F"/>
          </w:tcPr>
          <w:p w14:paraId="5566B775" w14:textId="54C6379F" w:rsidR="00B12E93" w:rsidRPr="00606686" w:rsidRDefault="00B12E93" w:rsidP="00B12E93">
            <w:pPr>
              <w:spacing w:after="0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606686">
              <w:rPr>
                <w:b/>
                <w:color w:val="FFFFFF" w:themeColor="background1"/>
              </w:rPr>
              <w:t>Opis funkcjonowania, w tym trudności</w:t>
            </w:r>
          </w:p>
        </w:tc>
      </w:tr>
      <w:tr w:rsidR="009E227F" w:rsidRPr="00AC6743" w14:paraId="54138AB1" w14:textId="466430B0" w:rsidTr="00E33BFC">
        <w:trPr>
          <w:cantSplit/>
          <w:trHeight w:val="113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2A9533C" w14:textId="77777777" w:rsidR="00D21848" w:rsidRPr="00D21848" w:rsidRDefault="009E227F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permStart w:id="1732995805" w:edGrp="everyone" w:colFirst="1" w:colLast="1"/>
            <w:r w:rsidRPr="00AC6743">
              <w:rPr>
                <w:b/>
              </w:rPr>
              <w:t>Uczenie się i stosowanie wiedzy</w:t>
            </w:r>
            <w:r w:rsidR="00D21848">
              <w:rPr>
                <w:b/>
              </w:rPr>
              <w:br/>
            </w:r>
            <w:r w:rsidR="00D21848" w:rsidRPr="00D21848">
              <w:rPr>
                <w:i/>
                <w:sz w:val="20"/>
                <w:szCs w:val="20"/>
              </w:rPr>
              <w:t>(uwaga i koncentracja; rozumienie poleceń;</w:t>
            </w:r>
          </w:p>
          <w:p w14:paraId="04EACF83" w14:textId="3F86FDA8" w:rsidR="00D21848" w:rsidRPr="00D21848" w:rsidRDefault="00D21848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D21848">
              <w:rPr>
                <w:i/>
                <w:sz w:val="20"/>
                <w:szCs w:val="20"/>
              </w:rPr>
              <w:t>zapamiętywanie;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D21848">
              <w:rPr>
                <w:i/>
                <w:sz w:val="20"/>
                <w:szCs w:val="20"/>
              </w:rPr>
              <w:t>naśladowanie; ciekawość</w:t>
            </w:r>
          </w:p>
          <w:p w14:paraId="3F27763C" w14:textId="77777777" w:rsidR="00D21848" w:rsidRPr="00D21848" w:rsidRDefault="00D21848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D21848">
              <w:rPr>
                <w:i/>
                <w:sz w:val="20"/>
                <w:szCs w:val="20"/>
              </w:rPr>
              <w:t>poznawcza; udział w zajęciach; rozwiązywanie</w:t>
            </w:r>
          </w:p>
          <w:p w14:paraId="67EFA4A0" w14:textId="77777777" w:rsidR="00D21848" w:rsidRPr="00D21848" w:rsidRDefault="00D21848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D21848">
              <w:rPr>
                <w:i/>
                <w:sz w:val="20"/>
                <w:szCs w:val="20"/>
              </w:rPr>
              <w:t>prostych problemów; przygotowanie do nauki</w:t>
            </w:r>
          </w:p>
          <w:p w14:paraId="55509BAC" w14:textId="4482B9F8" w:rsidR="00D21848" w:rsidRPr="00D21848" w:rsidRDefault="00D21848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D21848">
              <w:rPr>
                <w:i/>
                <w:sz w:val="20"/>
                <w:szCs w:val="20"/>
              </w:rPr>
              <w:t>czytania, pisania i matematyki; trudności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D21848">
              <w:rPr>
                <w:i/>
                <w:sz w:val="20"/>
                <w:szCs w:val="20"/>
              </w:rPr>
              <w:t>w realizacji programu wychowania</w:t>
            </w:r>
          </w:p>
          <w:p w14:paraId="5043CCC5" w14:textId="107101E9" w:rsidR="009E227F" w:rsidRPr="00B823DE" w:rsidRDefault="00D21848" w:rsidP="00D21848">
            <w:pPr>
              <w:spacing w:after="0"/>
              <w:jc w:val="left"/>
              <w:rPr>
                <w:i/>
              </w:rPr>
            </w:pPr>
            <w:r w:rsidRPr="00D21848">
              <w:rPr>
                <w:i/>
                <w:sz w:val="20"/>
                <w:szCs w:val="20"/>
              </w:rPr>
              <w:t>przedszkolnego)</w:t>
            </w:r>
          </w:p>
        </w:tc>
        <w:tc>
          <w:tcPr>
            <w:tcW w:w="7888" w:type="dxa"/>
            <w:shd w:val="clear" w:color="auto" w:fill="auto"/>
          </w:tcPr>
          <w:p w14:paraId="0CACB53E" w14:textId="6576DBCC" w:rsidR="009E227F" w:rsidRPr="0012194F" w:rsidRDefault="00AB2896" w:rsidP="009E227F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9E227F" w:rsidRPr="00AC6743" w14:paraId="6A7FCDFE" w14:textId="4B5CDCF7" w:rsidTr="00E33BFC">
        <w:trPr>
          <w:cantSplit/>
          <w:trHeight w:val="113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5F295A39" w14:textId="77777777" w:rsidR="009E227F" w:rsidRDefault="009E227F" w:rsidP="009E227F">
            <w:pPr>
              <w:spacing w:after="0"/>
              <w:jc w:val="left"/>
              <w:rPr>
                <w:b/>
              </w:rPr>
            </w:pPr>
            <w:permStart w:id="1917871153" w:edGrp="everyone" w:colFirst="1" w:colLast="1"/>
            <w:permEnd w:id="1732995805"/>
            <w:r w:rsidRPr="00AC6743">
              <w:rPr>
                <w:b/>
              </w:rPr>
              <w:t>Zachowania społeczne we wzajemnych kontaktach - przystosowanie społeczne i emocjonalne</w:t>
            </w:r>
          </w:p>
          <w:p w14:paraId="1269F898" w14:textId="77777777" w:rsidR="00D21848" w:rsidRPr="00D21848" w:rsidRDefault="00D21848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D21848">
              <w:rPr>
                <w:i/>
                <w:sz w:val="20"/>
                <w:szCs w:val="20"/>
              </w:rPr>
              <w:t>(kontakt z dziećmi i dorosłymi; zabawa wspólna</w:t>
            </w:r>
          </w:p>
          <w:p w14:paraId="0C2EFE4D" w14:textId="4D8A5BE6" w:rsidR="00D21848" w:rsidRPr="00D21848" w:rsidRDefault="00D21848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D21848">
              <w:rPr>
                <w:i/>
                <w:sz w:val="20"/>
                <w:szCs w:val="20"/>
              </w:rPr>
              <w:t>i naprzemienna; przestrzeganie zasad;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D21848">
              <w:rPr>
                <w:i/>
                <w:sz w:val="20"/>
                <w:szCs w:val="20"/>
              </w:rPr>
              <w:t>reagowanie na zmianę, odmowę, przegraną;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D21848">
              <w:rPr>
                <w:i/>
                <w:sz w:val="20"/>
                <w:szCs w:val="20"/>
              </w:rPr>
              <w:t>wyrażanie i regulowanie emocji;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D21848">
              <w:rPr>
                <w:i/>
                <w:sz w:val="20"/>
                <w:szCs w:val="20"/>
              </w:rPr>
              <w:t>zachowania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D21848">
              <w:rPr>
                <w:i/>
                <w:sz w:val="20"/>
                <w:szCs w:val="20"/>
              </w:rPr>
              <w:t>wymagające wsparcia – kiedy występują</w:t>
            </w:r>
          </w:p>
          <w:p w14:paraId="35F09B3A" w14:textId="01DE77FD" w:rsidR="00D21848" w:rsidRPr="004203FE" w:rsidRDefault="00D21848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D21848">
              <w:rPr>
                <w:i/>
                <w:sz w:val="20"/>
                <w:szCs w:val="20"/>
              </w:rPr>
              <w:t>i co pomaga)</w:t>
            </w:r>
          </w:p>
        </w:tc>
        <w:tc>
          <w:tcPr>
            <w:tcW w:w="7888" w:type="dxa"/>
            <w:shd w:val="clear" w:color="auto" w:fill="auto"/>
          </w:tcPr>
          <w:p w14:paraId="4495C9A5" w14:textId="2C279F7A" w:rsidR="009E227F" w:rsidRPr="004203FE" w:rsidRDefault="00AB2896" w:rsidP="009E227F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permEnd w:id="1917871153"/>
      <w:tr w:rsidR="009E227F" w:rsidRPr="00AC6743" w14:paraId="478FB4E9" w14:textId="37B3EBF2" w:rsidTr="00E33BFC">
        <w:trPr>
          <w:cantSplit/>
          <w:trHeight w:val="113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5D0C4368" w14:textId="0EA2B2D9" w:rsidR="00D21848" w:rsidRPr="00D21848" w:rsidRDefault="009E227F" w:rsidP="00D2184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</w:pPr>
            <w:r w:rsidRPr="00AC6743">
              <w:rPr>
                <w:b/>
              </w:rPr>
              <w:lastRenderedPageBreak/>
              <w:t>Porozumiewanie się</w:t>
            </w:r>
            <w:r w:rsidR="00D21848">
              <w:rPr>
                <w:b/>
              </w:rPr>
              <w:br/>
            </w:r>
            <w:r w:rsidR="00D21848" w:rsidRPr="00D21848"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>(jak dziecko komunikuje potrzeby, emocje,</w:t>
            </w:r>
            <w:r w:rsidR="00D21848"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 xml:space="preserve"> </w:t>
            </w:r>
            <w:r w:rsidR="00D21848" w:rsidRPr="00D21848"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>odmowę, prośbę o pomoc? rozumienie</w:t>
            </w:r>
          </w:p>
          <w:p w14:paraId="3A82C1FA" w14:textId="12B3E742" w:rsidR="00D21848" w:rsidRPr="00D21848" w:rsidRDefault="00D21848" w:rsidP="00D2184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</w:pPr>
            <w:r w:rsidRPr="00D21848"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>wypowiedzi i poleceń jedno</w:t>
            </w:r>
            <w:r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 xml:space="preserve"> </w:t>
            </w:r>
            <w:r w:rsidRPr="00D21848"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>lub</w:t>
            </w:r>
          </w:p>
          <w:p w14:paraId="0278E823" w14:textId="5415608C" w:rsidR="00D21848" w:rsidRPr="00D21848" w:rsidRDefault="00D21848" w:rsidP="00D2184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</w:pPr>
            <w:r w:rsidRPr="00D21848"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>wieloetapowych; odpowiadanie na pytania;</w:t>
            </w:r>
            <w:r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 xml:space="preserve"> </w:t>
            </w:r>
            <w:r w:rsidRPr="00D21848"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>inicjowanie kontaktu; opowiadanie; zgłaszanie</w:t>
            </w:r>
            <w:r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 xml:space="preserve"> </w:t>
            </w:r>
            <w:r w:rsidRPr="00D21848"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>potrzeb i trudności; zrozumiałość mowy;</w:t>
            </w:r>
          </w:p>
          <w:p w14:paraId="7C32E532" w14:textId="69A8DC27" w:rsidR="009E227F" w:rsidRPr="00D21848" w:rsidRDefault="00D21848" w:rsidP="00D2184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</w:pPr>
            <w:r w:rsidRPr="00D21848"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>używanie gestów, obrazków, AAC lub języka</w:t>
            </w:r>
            <w:r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 xml:space="preserve"> </w:t>
            </w:r>
            <w:r w:rsidRPr="00D21848">
              <w:rPr>
                <w:rFonts w:ascii="TimesNewRomanPS-ItalicMT" w:eastAsiaTheme="minorEastAsia" w:hAnsi="TimesNewRomanPS-ItalicMT" w:cs="TimesNewRomanPS-ItalicMT"/>
                <w:i/>
                <w:iCs/>
                <w:sz w:val="20"/>
                <w:szCs w:val="20"/>
              </w:rPr>
              <w:t>migowego)</w:t>
            </w:r>
          </w:p>
        </w:tc>
        <w:tc>
          <w:tcPr>
            <w:tcW w:w="7888" w:type="dxa"/>
            <w:shd w:val="clear" w:color="auto" w:fill="auto"/>
          </w:tcPr>
          <w:p w14:paraId="68A274A0" w14:textId="443BC2A1" w:rsidR="00D21848" w:rsidRDefault="00D21848" w:rsidP="00D2184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-ItalicMT" w:eastAsiaTheme="minorEastAsia" w:hAnsi="TimesNewRomanPS-ItalicMT" w:cs="TimesNewRomanPS-ItalicMT"/>
                <w:i/>
                <w:iCs/>
                <w:sz w:val="17"/>
                <w:szCs w:val="17"/>
              </w:rPr>
            </w:pPr>
            <w:r>
              <w:rPr>
                <w:rFonts w:ascii="TimesNewRomanPS-ItalicMT" w:eastAsiaTheme="minorEastAsia" w:hAnsi="TimesNewRomanPS-ItalicMT" w:cs="TimesNewRomanPS-ItalicMT"/>
                <w:i/>
                <w:iCs/>
                <w:sz w:val="17"/>
                <w:szCs w:val="17"/>
              </w:rPr>
              <w:t>Sposób komunikowania się dziecka:</w:t>
            </w:r>
          </w:p>
          <w:p w14:paraId="56E7984C" w14:textId="77777777" w:rsidR="009E227F" w:rsidRDefault="00AB2896" w:rsidP="00D21848">
            <w:pPr>
              <w:spacing w:after="0"/>
              <w:jc w:val="left"/>
              <w:rPr>
                <w:rFonts w:ascii="TimesNewRomanPS-ItalicMT" w:eastAsiaTheme="minorEastAsia" w:hAnsi="TimesNewRomanPS-ItalicMT" w:cs="TimesNewRomanPS-ItalicMT"/>
                <w:i/>
                <w:iCs/>
                <w:sz w:val="18"/>
                <w:szCs w:val="18"/>
              </w:rPr>
            </w:pPr>
            <w:permStart w:id="950342374" w:edGrp="everyone"/>
            <w:r>
              <w:rPr>
                <w:rFonts w:ascii="TimesNewRomanPS-ItalicMT" w:eastAsiaTheme="minorEastAsia" w:hAnsi="TimesNewRomanPS-ItalicMT" w:cs="TimesNewRomanPS-ItalicMT"/>
                <w:i/>
                <w:iCs/>
                <w:szCs w:val="24"/>
              </w:rPr>
              <w:t>…</w:t>
            </w:r>
            <w:permEnd w:id="950342374"/>
            <w:r w:rsidR="00D21848">
              <w:rPr>
                <w:rFonts w:ascii="TimesNewRomanPS-ItalicMT" w:eastAsiaTheme="minorEastAsia" w:hAnsi="TimesNewRomanPS-ItalicMT" w:cs="TimesNewRomanPS-ItalicMT"/>
                <w:i/>
                <w:iCs/>
                <w:sz w:val="17"/>
                <w:szCs w:val="17"/>
              </w:rPr>
              <w:t xml:space="preserve"> mowa werbalna   </w:t>
            </w:r>
            <w:permStart w:id="895251818" w:edGrp="everyone"/>
            <w:r w:rsidRPr="00F45DB7">
              <w:rPr>
                <w:rFonts w:ascii="TimesNewRomanPS-ItalicMT" w:eastAsiaTheme="minorEastAsia" w:hAnsi="TimesNewRomanPS-ItalicMT" w:cs="TimesNewRomanPS-ItalicMT"/>
                <w:i/>
                <w:iCs/>
                <w:szCs w:val="24"/>
              </w:rPr>
              <w:t>…</w:t>
            </w:r>
            <w:permEnd w:id="895251818"/>
            <w:r>
              <w:rPr>
                <w:rFonts w:ascii="TimesNewRomanPS-ItalicMT" w:eastAsiaTheme="minorEastAsia" w:hAnsi="TimesNewRomanPS-ItalicMT" w:cs="TimesNewRomanPS-ItalicMT"/>
                <w:i/>
                <w:iCs/>
                <w:sz w:val="17"/>
                <w:szCs w:val="17"/>
              </w:rPr>
              <w:t xml:space="preserve"> </w:t>
            </w:r>
            <w:r w:rsidR="00D21848">
              <w:rPr>
                <w:rFonts w:ascii="TimesNewRomanPS-ItalicMT" w:eastAsiaTheme="minorEastAsia" w:hAnsi="TimesNewRomanPS-ItalicMT" w:cs="TimesNewRomanPS-ItalicMT"/>
                <w:i/>
                <w:iCs/>
                <w:sz w:val="17"/>
                <w:szCs w:val="17"/>
              </w:rPr>
              <w:t xml:space="preserve">gesty   </w:t>
            </w:r>
            <w:r w:rsidR="00D21848" w:rsidRPr="00AB2896">
              <w:rPr>
                <w:rFonts w:ascii="TimesNewRomanPS-ItalicMT" w:eastAsiaTheme="minorEastAsia" w:hAnsi="TimesNewRomanPS-ItalicMT" w:cs="TimesNewRomanPS-ItalicMT"/>
                <w:i/>
                <w:iCs/>
                <w:szCs w:val="24"/>
              </w:rPr>
              <w:t xml:space="preserve"> </w:t>
            </w:r>
            <w:permStart w:id="89015954" w:edGrp="everyone"/>
            <w:r w:rsidR="00F45DB7">
              <w:rPr>
                <w:rFonts w:ascii="TimesNewRomanPS-ItalicMT" w:eastAsiaTheme="minorEastAsia" w:hAnsi="TimesNewRomanPS-ItalicMT" w:cs="TimesNewRomanPS-ItalicMT"/>
                <w:i/>
                <w:iCs/>
                <w:szCs w:val="24"/>
              </w:rPr>
              <w:t>…</w:t>
            </w:r>
            <w:permEnd w:id="89015954"/>
            <w:r w:rsidR="00D21848">
              <w:rPr>
                <w:rFonts w:ascii="TimesNewRomanPS-ItalicMT" w:eastAsiaTheme="minorEastAsia" w:hAnsi="TimesNewRomanPS-ItalicMT" w:cs="TimesNewRomanPS-ItalicMT"/>
                <w:i/>
                <w:iCs/>
                <w:sz w:val="17"/>
                <w:szCs w:val="17"/>
              </w:rPr>
              <w:t xml:space="preserve"> obrazki/piktogramy/AAC     </w:t>
            </w:r>
            <w:permStart w:id="1913613478" w:edGrp="everyone"/>
            <w:r w:rsidR="00F45DB7" w:rsidRPr="00F45DB7">
              <w:rPr>
                <w:rFonts w:ascii="TimesNewRomanPS-ItalicMT" w:eastAsiaTheme="minorEastAsia" w:hAnsi="TimesNewRomanPS-ItalicMT" w:cs="TimesNewRomanPS-ItalicMT"/>
                <w:i/>
                <w:iCs/>
                <w:szCs w:val="24"/>
              </w:rPr>
              <w:t xml:space="preserve">… </w:t>
            </w:r>
            <w:permEnd w:id="1913613478"/>
            <w:r w:rsidR="00D21848">
              <w:rPr>
                <w:rFonts w:ascii="TimesNewRomanPS-ItalicMT" w:eastAsiaTheme="minorEastAsia" w:hAnsi="TimesNewRomanPS-ItalicMT" w:cs="TimesNewRomanPS-ItalicMT"/>
                <w:i/>
                <w:iCs/>
                <w:sz w:val="17"/>
                <w:szCs w:val="17"/>
              </w:rPr>
              <w:t xml:space="preserve"> język migowy      </w:t>
            </w:r>
            <w:permStart w:id="916411865" w:edGrp="everyone"/>
            <w:r w:rsidR="00F45DB7" w:rsidRPr="00F45DB7">
              <w:rPr>
                <w:rFonts w:ascii="TimesNewRomanPS-ItalicMT" w:eastAsiaTheme="minorEastAsia" w:hAnsi="TimesNewRomanPS-ItalicMT" w:cs="TimesNewRomanPS-ItalicMT"/>
                <w:i/>
                <w:iCs/>
                <w:szCs w:val="24"/>
              </w:rPr>
              <w:t>…</w:t>
            </w:r>
            <w:permEnd w:id="916411865"/>
            <w:r w:rsidR="00F45DB7">
              <w:rPr>
                <w:rFonts w:ascii="TimesNewRomanPS-ItalicMT" w:eastAsiaTheme="minorEastAsia" w:hAnsi="TimesNewRomanPS-ItalicMT" w:cs="TimesNewRomanPS-ItalicMT"/>
                <w:i/>
                <w:iCs/>
                <w:sz w:val="17"/>
                <w:szCs w:val="17"/>
              </w:rPr>
              <w:t xml:space="preserve"> </w:t>
            </w:r>
            <w:r w:rsidR="00D21848">
              <w:rPr>
                <w:rFonts w:ascii="TimesNewRomanPS-ItalicMT" w:eastAsiaTheme="minorEastAsia" w:hAnsi="TimesNewRomanPS-ItalicMT" w:cs="TimesNewRomanPS-ItalicMT"/>
                <w:i/>
                <w:iCs/>
                <w:sz w:val="17"/>
                <w:szCs w:val="17"/>
              </w:rPr>
              <w:t>inny:</w:t>
            </w:r>
            <w:permStart w:id="1680504118" w:edGrp="everyone"/>
            <w:r w:rsidR="00D21848" w:rsidRPr="00F45DB7">
              <w:rPr>
                <w:rFonts w:ascii="TimesNewRomanPS-ItalicMT" w:eastAsiaTheme="minorEastAsia" w:hAnsi="TimesNewRomanPS-ItalicMT" w:cs="TimesNewRomanPS-ItalicMT"/>
                <w:i/>
                <w:iCs/>
                <w:sz w:val="18"/>
                <w:szCs w:val="18"/>
              </w:rPr>
              <w:t xml:space="preserve"> ........................</w:t>
            </w:r>
          </w:p>
          <w:p w14:paraId="0C6F818D" w14:textId="54239C7D" w:rsidR="00F45DB7" w:rsidRPr="0012194F" w:rsidRDefault="00F45DB7" w:rsidP="00D21848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ermEnd w:id="1680504118"/>
          </w:p>
        </w:tc>
      </w:tr>
      <w:tr w:rsidR="009E227F" w:rsidRPr="00AC6743" w14:paraId="51CCB155" w14:textId="1E23321E" w:rsidTr="00E33BFC">
        <w:trPr>
          <w:cantSplit/>
          <w:trHeight w:val="113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A4880E2" w14:textId="19B726A1" w:rsidR="00D21848" w:rsidRPr="00D21848" w:rsidRDefault="009E227F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permStart w:id="810091384" w:edGrp="everyone" w:colFirst="1" w:colLast="1"/>
            <w:r w:rsidRPr="00AC6743">
              <w:rPr>
                <w:b/>
              </w:rPr>
              <w:t>Aktywność ruchowa - poruszanie się</w:t>
            </w:r>
            <w:r w:rsidR="00D21848">
              <w:rPr>
                <w:b/>
              </w:rPr>
              <w:br/>
            </w:r>
            <w:r w:rsidR="00D21848" w:rsidRPr="00D21848">
              <w:rPr>
                <w:i/>
                <w:sz w:val="20"/>
                <w:szCs w:val="20"/>
              </w:rPr>
              <w:t>(chodzenie, bieganie, skakanie, równowaga,</w:t>
            </w:r>
            <w:r w:rsidR="00D21848">
              <w:rPr>
                <w:i/>
                <w:sz w:val="20"/>
                <w:szCs w:val="20"/>
              </w:rPr>
              <w:t xml:space="preserve"> </w:t>
            </w:r>
            <w:r w:rsidR="00D21848" w:rsidRPr="00D21848">
              <w:rPr>
                <w:i/>
                <w:sz w:val="20"/>
                <w:szCs w:val="20"/>
              </w:rPr>
              <w:t xml:space="preserve">schody; udział </w:t>
            </w:r>
            <w:r w:rsidR="00D21848">
              <w:rPr>
                <w:i/>
                <w:sz w:val="20"/>
                <w:szCs w:val="20"/>
              </w:rPr>
              <w:br/>
            </w:r>
            <w:r w:rsidR="00D21848" w:rsidRPr="00D21848">
              <w:rPr>
                <w:i/>
                <w:sz w:val="20"/>
                <w:szCs w:val="20"/>
              </w:rPr>
              <w:t>w zabawach ruchowych</w:t>
            </w:r>
          </w:p>
          <w:p w14:paraId="33E9EDEF" w14:textId="77777777" w:rsidR="00D21848" w:rsidRDefault="00D21848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D21848">
              <w:rPr>
                <w:i/>
                <w:sz w:val="20"/>
                <w:szCs w:val="20"/>
              </w:rPr>
              <w:t>i spacerach; koordynacja; męczliwość;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D21848">
              <w:rPr>
                <w:i/>
                <w:sz w:val="20"/>
                <w:szCs w:val="20"/>
              </w:rPr>
              <w:t xml:space="preserve">bezpieczeństwo </w:t>
            </w:r>
          </w:p>
          <w:p w14:paraId="1125083B" w14:textId="2251B719" w:rsidR="00D21848" w:rsidRPr="00D21848" w:rsidRDefault="00D21848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D21848">
              <w:rPr>
                <w:i/>
                <w:sz w:val="20"/>
                <w:szCs w:val="20"/>
              </w:rPr>
              <w:t>w ruchu; sprawność rąk:</w:t>
            </w:r>
          </w:p>
          <w:p w14:paraId="279D1F76" w14:textId="7CF3B69A" w:rsidR="009E227F" w:rsidRPr="00D21848" w:rsidRDefault="00D21848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D21848">
              <w:rPr>
                <w:i/>
                <w:sz w:val="20"/>
                <w:szCs w:val="20"/>
              </w:rPr>
              <w:t>rysowanie, cięcie, lepienie, manipulowanie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D21848">
              <w:rPr>
                <w:i/>
                <w:sz w:val="20"/>
                <w:szCs w:val="20"/>
              </w:rPr>
              <w:t>małymi elementami)</w:t>
            </w:r>
          </w:p>
        </w:tc>
        <w:tc>
          <w:tcPr>
            <w:tcW w:w="7888" w:type="dxa"/>
            <w:shd w:val="clear" w:color="auto" w:fill="auto"/>
          </w:tcPr>
          <w:p w14:paraId="47466C7C" w14:textId="6A74C89B" w:rsidR="009E227F" w:rsidRPr="0012194F" w:rsidRDefault="00F45DB7" w:rsidP="009E227F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</w:t>
            </w:r>
          </w:p>
        </w:tc>
      </w:tr>
      <w:permEnd w:id="810091384"/>
      <w:tr w:rsidR="009E227F" w:rsidRPr="00AC6743" w14:paraId="479356C3" w14:textId="7C782AC3" w:rsidTr="00E33BFC">
        <w:trPr>
          <w:cantSplit/>
          <w:trHeight w:val="1134"/>
          <w:jc w:val="center"/>
        </w:trPr>
        <w:tc>
          <w:tcPr>
            <w:tcW w:w="283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0594FB8A" w14:textId="77777777" w:rsidR="00D21848" w:rsidRPr="00D21848" w:rsidRDefault="009E227F" w:rsidP="00D21848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AC6743">
              <w:rPr>
                <w:b/>
              </w:rPr>
              <w:t>Dbanie o siebie</w:t>
            </w:r>
            <w:r w:rsidR="00D21848">
              <w:rPr>
                <w:b/>
              </w:rPr>
              <w:br/>
            </w:r>
            <w:r w:rsidR="00D21848" w:rsidRPr="00D21848">
              <w:rPr>
                <w:i/>
                <w:sz w:val="20"/>
                <w:szCs w:val="20"/>
              </w:rPr>
              <w:t>(toaleta, mycie rąk, jedzenie, picie, ubieranie</w:t>
            </w:r>
          </w:p>
          <w:p w14:paraId="263E857A" w14:textId="3B0D6E86" w:rsidR="009E227F" w:rsidRPr="00B823DE" w:rsidRDefault="00D21848" w:rsidP="00D21848">
            <w:pPr>
              <w:spacing w:after="0"/>
              <w:jc w:val="left"/>
              <w:rPr>
                <w:i/>
              </w:rPr>
            </w:pPr>
            <w:r w:rsidRPr="00D21848">
              <w:rPr>
                <w:i/>
                <w:sz w:val="20"/>
                <w:szCs w:val="20"/>
              </w:rPr>
              <w:t>i rozbieranie; porządkowanie po zabawie; dbanie o swoje rzeczy; sygnalizowanie potrzeb,</w:t>
            </w:r>
            <w:r w:rsidR="000F0E52">
              <w:rPr>
                <w:i/>
                <w:sz w:val="20"/>
                <w:szCs w:val="20"/>
              </w:rPr>
              <w:t xml:space="preserve"> </w:t>
            </w:r>
            <w:r w:rsidRPr="00D21848">
              <w:rPr>
                <w:i/>
                <w:sz w:val="20"/>
                <w:szCs w:val="20"/>
              </w:rPr>
              <w:t>bólu lub zmęczenia; przestrzeganie zasad bezpieczeństwa; samodzielność i zakres pomocy dorosłego)</w:t>
            </w:r>
          </w:p>
        </w:tc>
        <w:tc>
          <w:tcPr>
            <w:tcW w:w="7888" w:type="dxa"/>
            <w:shd w:val="clear" w:color="auto" w:fill="auto"/>
          </w:tcPr>
          <w:p w14:paraId="290D6EE8" w14:textId="11714279" w:rsidR="009E227F" w:rsidRPr="0012194F" w:rsidRDefault="00F45DB7" w:rsidP="009E227F">
            <w:pPr>
              <w:spacing w:after="0"/>
              <w:jc w:val="left"/>
            </w:pPr>
            <w:permStart w:id="369443087" w:edGrp="everyone"/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ermEnd w:id="369443087"/>
          </w:p>
        </w:tc>
      </w:tr>
    </w:tbl>
    <w:p w14:paraId="4C1EF3A7" w14:textId="3EFC64BC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t>IV</w:t>
      </w:r>
      <w:r w:rsidR="000F0E52">
        <w:rPr>
          <w:lang w:val="pl-PL"/>
        </w:rPr>
        <w:t>.</w:t>
      </w:r>
      <w:r w:rsidR="00086CEB" w:rsidRPr="00AC6743">
        <w:rPr>
          <w:lang w:val="pl-PL"/>
        </w:rPr>
        <w:t xml:space="preserve"> ZAKRES I RODZAJ TRUDNOŚCI W REALIZACJI </w:t>
      </w:r>
      <w:r w:rsidR="00653BEB">
        <w:rPr>
          <w:lang w:val="pl-PL"/>
        </w:rPr>
        <w:t xml:space="preserve"> </w:t>
      </w:r>
      <w:r w:rsidR="00086CEB" w:rsidRPr="00AC6743">
        <w:rPr>
          <w:lang w:val="pl-PL"/>
        </w:rPr>
        <w:t>PROGRAM</w:t>
      </w:r>
      <w:r w:rsidR="002C7924">
        <w:rPr>
          <w:lang w:val="pl-PL"/>
        </w:rPr>
        <w:t>U WYCHOWANIA PRZEDSZKOLNEGO</w:t>
      </w:r>
    </w:p>
    <w:tbl>
      <w:tblPr>
        <w:tblStyle w:val="Tabela-Siatka"/>
        <w:tblW w:w="10666" w:type="dxa"/>
        <w:jc w:val="center"/>
        <w:tblLayout w:type="fixed"/>
        <w:tblLook w:val="04A0" w:firstRow="1" w:lastRow="0" w:firstColumn="1" w:lastColumn="0" w:noHBand="0" w:noVBand="1"/>
      </w:tblPr>
      <w:tblGrid>
        <w:gridCol w:w="2772"/>
        <w:gridCol w:w="7894"/>
      </w:tblGrid>
      <w:tr w:rsidR="0012194F" w:rsidRPr="00AC6743" w14:paraId="7FC2AFD2" w14:textId="3280B807" w:rsidTr="00E33BFC">
        <w:trPr>
          <w:cantSplit/>
          <w:trHeight w:val="1531"/>
          <w:jc w:val="center"/>
        </w:trPr>
        <w:tc>
          <w:tcPr>
            <w:tcW w:w="2772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74CC0BF6" w14:textId="507C03A1" w:rsidR="003277DD" w:rsidRPr="000F0E52" w:rsidRDefault="0012194F" w:rsidP="003277DD">
            <w:pPr>
              <w:spacing w:after="0"/>
              <w:jc w:val="left"/>
              <w:rPr>
                <w:i/>
                <w:sz w:val="20"/>
                <w:szCs w:val="20"/>
              </w:rPr>
            </w:pPr>
            <w:permStart w:id="2099215474" w:edGrp="everyone" w:colFirst="1" w:colLast="1"/>
            <w:r w:rsidRPr="00B823DE">
              <w:rPr>
                <w:b/>
              </w:rPr>
              <w:t xml:space="preserve">Zakres trudności </w:t>
            </w:r>
            <w:r w:rsidR="008D69CA">
              <w:rPr>
                <w:b/>
              </w:rPr>
              <w:br/>
            </w:r>
            <w:r w:rsidR="003277DD" w:rsidRPr="000F0E52">
              <w:rPr>
                <w:i/>
                <w:sz w:val="20"/>
                <w:szCs w:val="20"/>
              </w:rPr>
              <w:t>(oznacza jak duża część programu sprawia</w:t>
            </w:r>
          </w:p>
          <w:p w14:paraId="52F3DDC4" w14:textId="464AA355" w:rsidR="003277DD" w:rsidRPr="000F0E52" w:rsidRDefault="003277DD" w:rsidP="003277DD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0F0E52">
              <w:rPr>
                <w:i/>
                <w:sz w:val="20"/>
                <w:szCs w:val="20"/>
              </w:rPr>
              <w:t>dziecku trudność – pojedyncze obszary</w:t>
            </w:r>
            <w:r w:rsidR="00F45DB7">
              <w:rPr>
                <w:i/>
                <w:sz w:val="20"/>
                <w:szCs w:val="20"/>
              </w:rPr>
              <w:t xml:space="preserve"> </w:t>
            </w:r>
            <w:r w:rsidRPr="000F0E52">
              <w:rPr>
                <w:i/>
                <w:sz w:val="20"/>
                <w:szCs w:val="20"/>
              </w:rPr>
              <w:t>/</w:t>
            </w:r>
            <w:r w:rsidR="00F45DB7">
              <w:rPr>
                <w:i/>
                <w:sz w:val="20"/>
                <w:szCs w:val="20"/>
              </w:rPr>
              <w:t xml:space="preserve"> </w:t>
            </w:r>
            <w:r w:rsidRPr="000F0E52">
              <w:rPr>
                <w:i/>
                <w:sz w:val="20"/>
                <w:szCs w:val="20"/>
              </w:rPr>
              <w:t>kilka</w:t>
            </w:r>
          </w:p>
          <w:p w14:paraId="5A7619A5" w14:textId="58FF185C" w:rsidR="0012194F" w:rsidRPr="00B823DE" w:rsidRDefault="003277DD" w:rsidP="003277DD">
            <w:pPr>
              <w:spacing w:after="0"/>
              <w:jc w:val="left"/>
              <w:rPr>
                <w:i/>
              </w:rPr>
            </w:pPr>
            <w:r w:rsidRPr="000F0E52">
              <w:rPr>
                <w:i/>
                <w:sz w:val="20"/>
                <w:szCs w:val="20"/>
              </w:rPr>
              <w:t>obszarów, jednocześnie/cały program)</w:t>
            </w:r>
          </w:p>
        </w:tc>
        <w:tc>
          <w:tcPr>
            <w:tcW w:w="7894" w:type="dxa"/>
            <w:shd w:val="clear" w:color="auto" w:fill="auto"/>
          </w:tcPr>
          <w:p w14:paraId="0F20ACC8" w14:textId="579F6C10" w:rsidR="00653BEB" w:rsidRPr="00652008" w:rsidRDefault="00F45DB7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12194F" w:rsidRPr="00AC6743" w14:paraId="0F106528" w14:textId="6222545F" w:rsidTr="00E33BFC">
        <w:trPr>
          <w:cantSplit/>
          <w:trHeight w:val="1531"/>
          <w:jc w:val="center"/>
        </w:trPr>
        <w:tc>
          <w:tcPr>
            <w:tcW w:w="2772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9CEAA50" w14:textId="77777777" w:rsidR="003277DD" w:rsidRPr="003277DD" w:rsidRDefault="0012194F" w:rsidP="003277DD">
            <w:pPr>
              <w:spacing w:after="0"/>
              <w:jc w:val="left"/>
              <w:rPr>
                <w:i/>
                <w:sz w:val="20"/>
                <w:szCs w:val="20"/>
              </w:rPr>
            </w:pPr>
            <w:permStart w:id="1037196455" w:edGrp="everyone" w:colFirst="1" w:colLast="1"/>
            <w:permEnd w:id="2099215474"/>
            <w:r w:rsidRPr="00B823DE">
              <w:rPr>
                <w:b/>
              </w:rPr>
              <w:t xml:space="preserve">Rodzaj trudności </w:t>
            </w:r>
            <w:r w:rsidR="008D69CA">
              <w:rPr>
                <w:b/>
              </w:rPr>
              <w:br/>
            </w:r>
            <w:r w:rsidR="003277DD" w:rsidRPr="003277DD">
              <w:rPr>
                <w:i/>
                <w:sz w:val="20"/>
                <w:szCs w:val="20"/>
              </w:rPr>
              <w:t>(na czym konkretnie polegają trudności dziecka</w:t>
            </w:r>
          </w:p>
          <w:p w14:paraId="78689680" w14:textId="0E37CFAB" w:rsidR="003277DD" w:rsidRPr="003277DD" w:rsidRDefault="003277DD" w:rsidP="003277DD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3277DD">
              <w:rPr>
                <w:i/>
                <w:sz w:val="20"/>
                <w:szCs w:val="20"/>
              </w:rPr>
              <w:t xml:space="preserve">– w rozwoju mowy </w:t>
            </w:r>
            <w:r w:rsidR="000F0E52">
              <w:rPr>
                <w:i/>
                <w:sz w:val="20"/>
                <w:szCs w:val="20"/>
              </w:rPr>
              <w:br/>
            </w:r>
            <w:r w:rsidRPr="003277DD">
              <w:rPr>
                <w:i/>
                <w:sz w:val="20"/>
                <w:szCs w:val="20"/>
              </w:rPr>
              <w:t>i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3277DD">
              <w:rPr>
                <w:i/>
                <w:sz w:val="20"/>
                <w:szCs w:val="20"/>
              </w:rPr>
              <w:t>komunikacji, z koncentracją</w:t>
            </w:r>
          </w:p>
          <w:p w14:paraId="588D695D" w14:textId="25B1D426" w:rsidR="003277DD" w:rsidRPr="003277DD" w:rsidRDefault="003277DD" w:rsidP="003277DD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3277DD">
              <w:rPr>
                <w:i/>
                <w:sz w:val="20"/>
                <w:szCs w:val="20"/>
              </w:rPr>
              <w:t>uwagi, w uczeniu się nowych umiejętności,</w:t>
            </w:r>
            <w:r>
              <w:rPr>
                <w:i/>
                <w:sz w:val="20"/>
                <w:szCs w:val="20"/>
              </w:rPr>
              <w:t xml:space="preserve"> </w:t>
            </w:r>
            <w:r w:rsidR="00F45DB7">
              <w:rPr>
                <w:i/>
                <w:sz w:val="20"/>
                <w:szCs w:val="20"/>
              </w:rPr>
              <w:br/>
            </w:r>
            <w:r w:rsidRPr="003277DD">
              <w:rPr>
                <w:i/>
                <w:sz w:val="20"/>
                <w:szCs w:val="20"/>
              </w:rPr>
              <w:t>w funkcjonowaniu społecznym i emocjonalnym,</w:t>
            </w:r>
            <w:r w:rsidR="000F0E52">
              <w:rPr>
                <w:i/>
                <w:sz w:val="20"/>
                <w:szCs w:val="20"/>
              </w:rPr>
              <w:t xml:space="preserve"> </w:t>
            </w:r>
            <w:r w:rsidRPr="003277DD">
              <w:rPr>
                <w:i/>
                <w:sz w:val="20"/>
                <w:szCs w:val="20"/>
              </w:rPr>
              <w:t>z koordynacją ruchową lub motoryką mał</w:t>
            </w:r>
            <w:r>
              <w:rPr>
                <w:i/>
                <w:sz w:val="20"/>
                <w:szCs w:val="20"/>
              </w:rPr>
              <w:t>ą</w:t>
            </w:r>
            <w:r w:rsidRPr="003277DD">
              <w:rPr>
                <w:i/>
                <w:sz w:val="20"/>
                <w:szCs w:val="20"/>
              </w:rPr>
              <w:t>,</w:t>
            </w:r>
          </w:p>
          <w:p w14:paraId="440FFC43" w14:textId="2298BBF0" w:rsidR="003277DD" w:rsidRPr="003277DD" w:rsidRDefault="003277DD" w:rsidP="003277DD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3277DD">
              <w:rPr>
                <w:i/>
                <w:sz w:val="20"/>
                <w:szCs w:val="20"/>
              </w:rPr>
              <w:t xml:space="preserve">z wykonywaniem poleceń </w:t>
            </w:r>
            <w:r>
              <w:rPr>
                <w:i/>
                <w:sz w:val="20"/>
                <w:szCs w:val="20"/>
              </w:rPr>
              <w:br/>
            </w:r>
            <w:r w:rsidRPr="003277DD">
              <w:rPr>
                <w:i/>
                <w:sz w:val="20"/>
                <w:szCs w:val="20"/>
              </w:rPr>
              <w:t>i organizacją pracy,</w:t>
            </w:r>
          </w:p>
          <w:p w14:paraId="344D6A43" w14:textId="77777777" w:rsidR="003277DD" w:rsidRPr="003277DD" w:rsidRDefault="003277DD" w:rsidP="003277DD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3277DD">
              <w:rPr>
                <w:i/>
                <w:sz w:val="20"/>
                <w:szCs w:val="20"/>
              </w:rPr>
              <w:t>z rozwijaniem umiejętności matematycznych lub</w:t>
            </w:r>
          </w:p>
          <w:p w14:paraId="1B816800" w14:textId="18F2509A" w:rsidR="0012194F" w:rsidRPr="00B823DE" w:rsidRDefault="003277DD" w:rsidP="003277DD">
            <w:pPr>
              <w:spacing w:after="0"/>
              <w:jc w:val="left"/>
              <w:rPr>
                <w:i/>
              </w:rPr>
            </w:pPr>
            <w:r w:rsidRPr="003277DD">
              <w:rPr>
                <w:i/>
                <w:sz w:val="20"/>
                <w:szCs w:val="20"/>
              </w:rPr>
              <w:t>językowych)</w:t>
            </w:r>
          </w:p>
        </w:tc>
        <w:tc>
          <w:tcPr>
            <w:tcW w:w="7894" w:type="dxa"/>
            <w:shd w:val="clear" w:color="auto" w:fill="auto"/>
          </w:tcPr>
          <w:p w14:paraId="5A0BA477" w14:textId="39ED1030" w:rsidR="00653BEB" w:rsidRPr="00652008" w:rsidRDefault="00F45DB7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permEnd w:id="1037196455"/>
    </w:tbl>
    <w:p w14:paraId="3FB7F05A" w14:textId="77777777" w:rsidR="00653BEB" w:rsidRDefault="00653BEB">
      <w:pPr>
        <w:pStyle w:val="FormSection"/>
        <w:rPr>
          <w:lang w:val="pl-PL"/>
        </w:rPr>
      </w:pPr>
    </w:p>
    <w:p w14:paraId="6AE0062B" w14:textId="7ECDF9FD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t>V</w:t>
      </w:r>
      <w:r w:rsidR="000F0E52">
        <w:rPr>
          <w:lang w:val="pl-PL"/>
        </w:rPr>
        <w:t>.</w:t>
      </w:r>
      <w:r w:rsidRPr="00AC6743">
        <w:rPr>
          <w:lang w:val="pl-PL"/>
        </w:rPr>
        <w:t xml:space="preserve"> </w:t>
      </w:r>
      <w:r w:rsidR="00086CEB" w:rsidRPr="00AC6743">
        <w:rPr>
          <w:lang w:val="pl-PL"/>
        </w:rPr>
        <w:t xml:space="preserve"> DZIAŁANIA PODJĘTE W CELU POPRAWY FUNKCJONOWANIA ORAZ UDZIELONA POMOC</w:t>
      </w:r>
    </w:p>
    <w:p w14:paraId="2F599BA1" w14:textId="2A080D09" w:rsidR="00C10A9B" w:rsidRPr="00B823DE" w:rsidRDefault="00086CEB">
      <w:pPr>
        <w:spacing w:after="80"/>
        <w:rPr>
          <w:i/>
        </w:rPr>
      </w:pPr>
      <w:r w:rsidRPr="00B823DE">
        <w:rPr>
          <w:i/>
        </w:rPr>
        <w:t xml:space="preserve">Należy uwzględnić działania nauczycieli, wychowawców i specjalistów oraz - jeżeli dotyczy - formy </w:t>
      </w:r>
      <w:r w:rsidR="00422B55">
        <w:rPr>
          <w:i/>
        </w:rPr>
        <w:br/>
      </w:r>
      <w:r w:rsidRPr="00B823DE">
        <w:rPr>
          <w:i/>
        </w:rPr>
        <w:t>i zakres pomocy udzielanej w ramach wczesnego wspomagania rozwoju lub pomocy psychologiczno-pedagogicznej, okres jej udzielania i efekty.</w:t>
      </w:r>
    </w:p>
    <w:tbl>
      <w:tblPr>
        <w:tblStyle w:val="Tabela-Siatka"/>
        <w:tblW w:w="10884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2410"/>
        <w:gridCol w:w="2410"/>
        <w:gridCol w:w="3092"/>
      </w:tblGrid>
      <w:tr w:rsidR="00C10A9B" w:rsidRPr="00AC6743" w14:paraId="6962F3D2" w14:textId="77777777" w:rsidTr="00F45DB7">
        <w:trPr>
          <w:cantSplit/>
          <w:tblHeader/>
          <w:jc w:val="center"/>
        </w:trPr>
        <w:tc>
          <w:tcPr>
            <w:tcW w:w="2972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BB43AA5" w14:textId="77777777" w:rsidR="00C10A9B" w:rsidRPr="00AC6743" w:rsidRDefault="00086CEB">
            <w:pPr>
              <w:spacing w:after="0"/>
              <w:jc w:val="center"/>
            </w:pPr>
            <w:r w:rsidRPr="00AC6743">
              <w:rPr>
                <w:b/>
                <w:color w:val="FFFFFF"/>
              </w:rPr>
              <w:t>Działanie / forma pomocy</w:t>
            </w:r>
          </w:p>
        </w:tc>
        <w:tc>
          <w:tcPr>
            <w:tcW w:w="2410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6C3A8688" w14:textId="77777777" w:rsidR="00C10A9B" w:rsidRPr="00AC6743" w:rsidRDefault="00086CEB">
            <w:pPr>
              <w:spacing w:after="0"/>
              <w:jc w:val="center"/>
            </w:pPr>
            <w:r w:rsidRPr="00AC6743">
              <w:rPr>
                <w:b/>
                <w:color w:val="FFFFFF"/>
              </w:rPr>
              <w:t>Zakres</w:t>
            </w:r>
          </w:p>
        </w:tc>
        <w:tc>
          <w:tcPr>
            <w:tcW w:w="2410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C481142" w14:textId="77777777" w:rsidR="00C10A9B" w:rsidRPr="00AC6743" w:rsidRDefault="00086CEB">
            <w:pPr>
              <w:spacing w:after="0"/>
              <w:jc w:val="center"/>
            </w:pPr>
            <w:r w:rsidRPr="00AC6743">
              <w:rPr>
                <w:b/>
                <w:color w:val="FFFFFF"/>
              </w:rPr>
              <w:t>Okres udzielania</w:t>
            </w:r>
          </w:p>
        </w:tc>
        <w:tc>
          <w:tcPr>
            <w:tcW w:w="3092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3CAE294" w14:textId="77777777" w:rsidR="00C10A9B" w:rsidRPr="00AC6743" w:rsidRDefault="00086CEB">
            <w:pPr>
              <w:spacing w:after="0"/>
              <w:jc w:val="center"/>
            </w:pPr>
            <w:r w:rsidRPr="00AC6743">
              <w:rPr>
                <w:b/>
                <w:color w:val="FFFFFF"/>
              </w:rPr>
              <w:t>Efekty działań / udzielonej pomocy</w:t>
            </w:r>
          </w:p>
        </w:tc>
      </w:tr>
      <w:tr w:rsidR="00C10A9B" w:rsidRPr="00AC6743" w14:paraId="211835AB" w14:textId="77777777" w:rsidTr="00F45DB7">
        <w:trPr>
          <w:cantSplit/>
          <w:trHeight w:val="964"/>
          <w:jc w:val="center"/>
        </w:trPr>
        <w:tc>
          <w:tcPr>
            <w:tcW w:w="2972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6242BDD6" w14:textId="7F6398A3" w:rsidR="003277DD" w:rsidRPr="003277DD" w:rsidRDefault="002C70FF" w:rsidP="00327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6" w:right="121"/>
              <w:jc w:val="left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permStart w:id="1503221394" w:edGrp="everyone" w:colFirst="1" w:colLast="1"/>
            <w:permStart w:id="1176045309" w:edGrp="everyone" w:colFirst="2" w:colLast="2"/>
            <w:permStart w:id="2108325228" w:edGrp="everyone" w:colFirst="3" w:colLast="3"/>
            <w:r w:rsidRPr="002C70FF">
              <w:rPr>
                <w:b/>
              </w:rPr>
              <w:t xml:space="preserve">Działania nauczycieli </w:t>
            </w:r>
            <w:r w:rsidR="00653BEB">
              <w:rPr>
                <w:b/>
              </w:rPr>
              <w:br/>
            </w:r>
            <w:r w:rsidRPr="002C70FF">
              <w:rPr>
                <w:b/>
              </w:rPr>
              <w:t xml:space="preserve">i </w:t>
            </w:r>
            <w:r w:rsidRPr="002C70FF">
              <w:rPr>
                <w:b/>
                <w:sz w:val="20"/>
                <w:szCs w:val="20"/>
              </w:rPr>
              <w:t>specjalistów</w:t>
            </w:r>
            <w:r w:rsidRPr="002C70FF">
              <w:rPr>
                <w:sz w:val="20"/>
                <w:szCs w:val="20"/>
              </w:rPr>
              <w:t xml:space="preserve"> </w:t>
            </w:r>
            <w:r w:rsidR="00653BEB">
              <w:rPr>
                <w:sz w:val="20"/>
                <w:szCs w:val="20"/>
              </w:rPr>
              <w:br/>
            </w:r>
            <w:r w:rsidR="003277DD" w:rsidRPr="003277DD">
              <w:rPr>
                <w:rFonts w:cs="Times New Roman"/>
                <w:i/>
                <w:iCs/>
                <w:color w:val="000000"/>
                <w:sz w:val="20"/>
                <w:szCs w:val="20"/>
              </w:rPr>
              <w:t xml:space="preserve">(np. dostosowanie metod, form </w:t>
            </w:r>
            <w:r w:rsidR="003277DD">
              <w:rPr>
                <w:rFonts w:cs="Times New Roman"/>
                <w:i/>
                <w:iCs/>
                <w:color w:val="000000"/>
                <w:sz w:val="20"/>
                <w:szCs w:val="20"/>
              </w:rPr>
              <w:br/>
            </w:r>
            <w:r w:rsidR="003277DD" w:rsidRPr="003277DD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i tempa pracy;</w:t>
            </w:r>
          </w:p>
          <w:p w14:paraId="35799D80" w14:textId="77777777" w:rsidR="003277DD" w:rsidRPr="003277DD" w:rsidRDefault="003277DD" w:rsidP="00327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6" w:right="121"/>
              <w:jc w:val="left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3277DD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systematyczne ćwiczenia – rodzaj?; dzielenie</w:t>
            </w:r>
          </w:p>
          <w:p w14:paraId="159BFA6A" w14:textId="77777777" w:rsidR="003277DD" w:rsidRPr="003277DD" w:rsidRDefault="003277DD" w:rsidP="00327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6" w:right="121"/>
              <w:jc w:val="left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3277DD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poleceń na etapy, modelowanie, plan obrazkowy,</w:t>
            </w:r>
          </w:p>
          <w:p w14:paraId="58E9D2A3" w14:textId="27E10AAF" w:rsidR="003277DD" w:rsidRPr="003277DD" w:rsidRDefault="003277DD" w:rsidP="00327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6" w:right="121"/>
              <w:jc w:val="left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3277DD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wzmacnianie pozytywne, przerwy</w:t>
            </w:r>
            <w:r>
              <w:rPr>
                <w:rFonts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3277DD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sensoryczne/ruchowe, praca indywidualna,</w:t>
            </w:r>
          </w:p>
          <w:p w14:paraId="1430B800" w14:textId="6D657644" w:rsidR="00653BEB" w:rsidRPr="00F45DB7" w:rsidRDefault="003277DD" w:rsidP="00F45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6" w:right="121"/>
              <w:jc w:val="left"/>
              <w:rPr>
                <w:rFonts w:cs="Times New Roman"/>
                <w:i/>
                <w:iCs/>
                <w:color w:val="000000"/>
                <w:sz w:val="20"/>
                <w:szCs w:val="20"/>
              </w:rPr>
            </w:pPr>
            <w:r w:rsidRPr="003277DD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współpraca z rodzicami)</w:t>
            </w:r>
          </w:p>
        </w:tc>
        <w:tc>
          <w:tcPr>
            <w:tcW w:w="2410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C0FA361" w14:textId="44FCA46F" w:rsidR="00C10A9B" w:rsidRPr="00AC6743" w:rsidRDefault="00F45DB7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2410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6EFB8FBC" w14:textId="2975C911" w:rsidR="00C10A9B" w:rsidRPr="00AC6743" w:rsidRDefault="00F45DB7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  <w:tc>
          <w:tcPr>
            <w:tcW w:w="3092" w:type="dxa"/>
            <w:shd w:val="clear" w:color="auto" w:fill="auto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3C614C9" w14:textId="579B24BC" w:rsidR="00C10A9B" w:rsidRPr="00AC6743" w:rsidRDefault="00F45DB7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C10A9B" w:rsidRPr="00AC6743" w14:paraId="60ACC5A8" w14:textId="77777777" w:rsidTr="00F45DB7">
        <w:trPr>
          <w:cantSplit/>
          <w:trHeight w:val="964"/>
          <w:jc w:val="center"/>
        </w:trPr>
        <w:tc>
          <w:tcPr>
            <w:tcW w:w="2972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02930822" w14:textId="59610AD1" w:rsidR="002C70FF" w:rsidRPr="002C70FF" w:rsidRDefault="002C70FF" w:rsidP="008D6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76" w:right="715"/>
              <w:jc w:val="left"/>
              <w:rPr>
                <w:b/>
                <w:bCs/>
                <w:color w:val="000000"/>
                <w:szCs w:val="24"/>
              </w:rPr>
            </w:pPr>
            <w:permStart w:id="416497788" w:edGrp="everyone" w:colFirst="1" w:colLast="1"/>
            <w:permStart w:id="2083000093" w:edGrp="everyone" w:colFirst="2" w:colLast="2"/>
            <w:permStart w:id="204826791" w:edGrp="everyone" w:colFirst="3" w:colLast="3"/>
            <w:permEnd w:id="1503221394"/>
            <w:permEnd w:id="1176045309"/>
            <w:permEnd w:id="2108325228"/>
            <w:r w:rsidRPr="002C70FF">
              <w:rPr>
                <w:rFonts w:cs="Times New Roman"/>
                <w:b/>
                <w:bCs/>
                <w:color w:val="000000"/>
                <w:szCs w:val="24"/>
              </w:rPr>
              <w:t>Formy pomocy psychologiczno-pedagogicznej udzielanej uczniowi</w:t>
            </w:r>
          </w:p>
          <w:p w14:paraId="7D7913BF" w14:textId="53CD9EDC" w:rsidR="003277DD" w:rsidRPr="003277DD" w:rsidRDefault="003277DD" w:rsidP="003277DD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3277DD">
              <w:rPr>
                <w:i/>
                <w:sz w:val="20"/>
                <w:szCs w:val="20"/>
              </w:rPr>
              <w:t>(np. pomoc psychologiczno-pedagogiczna,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3277DD">
              <w:rPr>
                <w:i/>
                <w:sz w:val="20"/>
                <w:szCs w:val="20"/>
              </w:rPr>
              <w:t>zajęcia logopedyczne, korekcyjno</w:t>
            </w:r>
            <w:r>
              <w:rPr>
                <w:i/>
                <w:sz w:val="20"/>
                <w:szCs w:val="20"/>
              </w:rPr>
              <w:t xml:space="preserve">- </w:t>
            </w:r>
            <w:r w:rsidRPr="003277DD">
              <w:rPr>
                <w:i/>
                <w:sz w:val="20"/>
                <w:szCs w:val="20"/>
              </w:rPr>
              <w:t>kompensacyjne,</w:t>
            </w:r>
          </w:p>
          <w:p w14:paraId="28F77D13" w14:textId="77777777" w:rsidR="003277DD" w:rsidRPr="003277DD" w:rsidRDefault="003277DD" w:rsidP="003277DD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3277DD">
              <w:rPr>
                <w:i/>
                <w:sz w:val="20"/>
                <w:szCs w:val="20"/>
              </w:rPr>
              <w:t>rozwijające kompetencje</w:t>
            </w:r>
          </w:p>
          <w:p w14:paraId="38CFA202" w14:textId="7BF8B648" w:rsidR="00653BEB" w:rsidRPr="003277DD" w:rsidRDefault="003277DD" w:rsidP="003277DD">
            <w:pPr>
              <w:spacing w:after="0"/>
              <w:jc w:val="left"/>
              <w:rPr>
                <w:i/>
                <w:sz w:val="20"/>
                <w:szCs w:val="20"/>
              </w:rPr>
            </w:pPr>
            <w:r w:rsidRPr="003277DD">
              <w:rPr>
                <w:i/>
                <w:sz w:val="20"/>
                <w:szCs w:val="20"/>
              </w:rPr>
              <w:t>emocjonalno-społeczne, WWR, rewalidacja,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3277DD">
              <w:rPr>
                <w:i/>
                <w:sz w:val="20"/>
                <w:szCs w:val="20"/>
              </w:rPr>
              <w:t>bieżąca pomoc nauczyciela)</w:t>
            </w:r>
          </w:p>
        </w:tc>
        <w:tc>
          <w:tcPr>
            <w:tcW w:w="2410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0870C1C" w14:textId="0FEA9212" w:rsidR="00C10A9B" w:rsidRPr="00AC6743" w:rsidRDefault="00F45DB7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  <w:tc>
          <w:tcPr>
            <w:tcW w:w="2410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7E8386F" w14:textId="6D242116" w:rsidR="00C10A9B" w:rsidRPr="00AC6743" w:rsidRDefault="00F45DB7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3092" w:type="dxa"/>
            <w:shd w:val="clear" w:color="auto" w:fill="auto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2C9BEE3" w14:textId="39B4D3D7" w:rsidR="00C10A9B" w:rsidRPr="00AC6743" w:rsidRDefault="00F45DB7">
            <w:pPr>
              <w:spacing w:after="0"/>
              <w:jc w:val="left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5C77A2">
              <w:t>.</w:t>
            </w:r>
          </w:p>
        </w:tc>
      </w:tr>
      <w:permEnd w:id="416497788"/>
      <w:permEnd w:id="2083000093"/>
      <w:permEnd w:id="204826791"/>
    </w:tbl>
    <w:p w14:paraId="42402224" w14:textId="77777777" w:rsidR="005C77A2" w:rsidRPr="005C77A2" w:rsidRDefault="005C77A2">
      <w:pPr>
        <w:pStyle w:val="FormSection"/>
        <w:rPr>
          <w:sz w:val="16"/>
          <w:szCs w:val="16"/>
          <w:lang w:val="pl-PL"/>
        </w:rPr>
      </w:pPr>
    </w:p>
    <w:p w14:paraId="7363A03F" w14:textId="6DFA9C03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t>VI</w:t>
      </w:r>
      <w:r w:rsidR="00086CEB" w:rsidRPr="00AC6743">
        <w:rPr>
          <w:lang w:val="pl-PL"/>
        </w:rPr>
        <w:t xml:space="preserve"> WNIOSKI DOTYCZĄCE DALSZEJ PRACY </w:t>
      </w:r>
      <w:r w:rsidR="00653BEB">
        <w:rPr>
          <w:lang w:val="pl-PL"/>
        </w:rPr>
        <w:t xml:space="preserve">Z </w:t>
      </w:r>
      <w:r w:rsidR="009E227F">
        <w:rPr>
          <w:lang w:val="pl-PL"/>
        </w:rPr>
        <w:t>DZIECKIEM</w:t>
      </w:r>
    </w:p>
    <w:tbl>
      <w:tblPr>
        <w:tblStyle w:val="Tabela-Siatka"/>
        <w:tblW w:w="10915" w:type="dxa"/>
        <w:jc w:val="center"/>
        <w:tblLayout w:type="fixed"/>
        <w:tblLook w:val="04A0" w:firstRow="1" w:lastRow="0" w:firstColumn="1" w:lastColumn="0" w:noHBand="0" w:noVBand="1"/>
      </w:tblPr>
      <w:tblGrid>
        <w:gridCol w:w="10915"/>
      </w:tblGrid>
      <w:tr w:rsidR="00C10A9B" w:rsidRPr="00AC6743" w14:paraId="35C34DBE" w14:textId="77777777" w:rsidTr="00653BEB">
        <w:trPr>
          <w:cantSplit/>
          <w:trHeight w:val="1417"/>
          <w:jc w:val="center"/>
        </w:trPr>
        <w:tc>
          <w:tcPr>
            <w:tcW w:w="10915" w:type="dxa"/>
            <w:shd w:val="clear" w:color="auto" w:fill="auto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35B459F0" w14:textId="0FCE074C" w:rsidR="00653BEB" w:rsidRPr="00AC6743" w:rsidRDefault="005C77A2">
            <w:pPr>
              <w:spacing w:after="0"/>
              <w:jc w:val="left"/>
            </w:pPr>
            <w:permStart w:id="983918710" w:edGrp="everyone"/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ermEnd w:id="983918710"/>
          <w:p w14:paraId="4A4E37E6" w14:textId="77777777" w:rsidR="001076E1" w:rsidRPr="00AC6743" w:rsidRDefault="001076E1">
            <w:pPr>
              <w:spacing w:after="0"/>
              <w:jc w:val="left"/>
            </w:pPr>
          </w:p>
        </w:tc>
      </w:tr>
    </w:tbl>
    <w:p w14:paraId="6A807C4C" w14:textId="77777777" w:rsidR="00653BEB" w:rsidRDefault="00653BEB">
      <w:pPr>
        <w:pStyle w:val="FormSection"/>
        <w:rPr>
          <w:lang w:val="pl-PL"/>
        </w:rPr>
      </w:pPr>
    </w:p>
    <w:p w14:paraId="208A4E0A" w14:textId="0BE1A4EB" w:rsidR="00C10A9B" w:rsidRPr="00AC6743" w:rsidRDefault="00B46A97">
      <w:pPr>
        <w:pStyle w:val="FormSection"/>
        <w:rPr>
          <w:lang w:val="pl-PL"/>
        </w:rPr>
      </w:pPr>
      <w:r w:rsidRPr="00AC6743">
        <w:rPr>
          <w:lang w:val="pl-PL"/>
        </w:rPr>
        <w:t>VII</w:t>
      </w:r>
      <w:r w:rsidR="00086CEB" w:rsidRPr="00AC6743">
        <w:rPr>
          <w:lang w:val="pl-PL"/>
        </w:rPr>
        <w:t xml:space="preserve"> DOKUMENTACJA WYMAGANA W SZCZEGÓLNYCH PRZYPADKACH</w:t>
      </w:r>
    </w:p>
    <w:p w14:paraId="558595D6" w14:textId="62F966B5" w:rsidR="00653BEB" w:rsidRDefault="002C7924" w:rsidP="005C77A2">
      <w:pPr>
        <w:pStyle w:val="Akapitzlist"/>
        <w:numPr>
          <w:ilvl w:val="0"/>
          <w:numId w:val="13"/>
        </w:numPr>
        <w:spacing w:after="40"/>
        <w:ind w:left="426" w:hanging="425"/>
        <w:jc w:val="left"/>
      </w:pPr>
      <w:r>
        <w:t xml:space="preserve">Dziecko </w:t>
      </w:r>
      <w:r w:rsidR="00086CEB" w:rsidRPr="00AC6743">
        <w:t>jest objęt</w:t>
      </w:r>
      <w:r>
        <w:t>e</w:t>
      </w:r>
      <w:r w:rsidR="00086CEB" w:rsidRPr="00AC6743">
        <w:t xml:space="preserve"> kształceniem specjalnym - </w:t>
      </w:r>
      <w:r w:rsidR="001076E1" w:rsidRPr="00AC6743">
        <w:t xml:space="preserve">do opinii dołączono aktualną WOPFU </w:t>
      </w:r>
      <w:r w:rsidR="00653BEB">
        <w:t xml:space="preserve">z </w:t>
      </w:r>
      <w:r w:rsidR="001076E1" w:rsidRPr="00AC6743">
        <w:t>dnia</w:t>
      </w:r>
      <w:r w:rsidR="005C77A2">
        <w:t xml:space="preserve"> </w:t>
      </w:r>
      <w:permStart w:id="1482953957" w:edGrp="everyone"/>
      <w:r w:rsidR="001076E1" w:rsidRPr="00AC6743">
        <w:t>…</w:t>
      </w:r>
      <w:r w:rsidR="005C77A2">
        <w:t>….</w:t>
      </w:r>
      <w:permEnd w:id="1482953957"/>
    </w:p>
    <w:p w14:paraId="74E08B34" w14:textId="4C5B1E89" w:rsidR="00C10A9B" w:rsidRPr="00AC6743" w:rsidRDefault="002C7924" w:rsidP="005C77A2">
      <w:pPr>
        <w:pStyle w:val="Akapitzlist"/>
        <w:numPr>
          <w:ilvl w:val="0"/>
          <w:numId w:val="13"/>
        </w:numPr>
        <w:spacing w:after="40"/>
        <w:ind w:left="426" w:hanging="425"/>
        <w:jc w:val="left"/>
      </w:pPr>
      <w:r>
        <w:t>Dziecko</w:t>
      </w:r>
      <w:r w:rsidR="00086CEB" w:rsidRPr="00AC6743">
        <w:t xml:space="preserve"> jest objęt</w:t>
      </w:r>
      <w:r>
        <w:t>e</w:t>
      </w:r>
      <w:r w:rsidR="00086CEB" w:rsidRPr="00AC6743">
        <w:t xml:space="preserve"> zajęciami rewalidacyjno-wychowawczymi </w:t>
      </w:r>
      <w:r w:rsidR="001076E1" w:rsidRPr="00AC6743">
        <w:t>–</w:t>
      </w:r>
      <w:r w:rsidR="00086CEB" w:rsidRPr="00AC6743">
        <w:t xml:space="preserve"> </w:t>
      </w:r>
      <w:r w:rsidR="001076E1" w:rsidRPr="00AC6743">
        <w:t>do opinii dołączono aktualną okresową ocenę</w:t>
      </w:r>
      <w:r w:rsidR="00086CEB" w:rsidRPr="00AC6743">
        <w:t xml:space="preserve"> funkc</w:t>
      </w:r>
      <w:r w:rsidR="001076E1" w:rsidRPr="00AC6743">
        <w:t>jonowania dziecka</w:t>
      </w:r>
      <w:r w:rsidR="008D69CA">
        <w:t xml:space="preserve"> z </w:t>
      </w:r>
      <w:r w:rsidR="001076E1" w:rsidRPr="00AC6743">
        <w:t>dnia</w:t>
      </w:r>
      <w:r w:rsidR="005C77A2">
        <w:t xml:space="preserve"> </w:t>
      </w:r>
      <w:permStart w:id="1016993324" w:edGrp="everyone"/>
      <w:r w:rsidR="001076E1" w:rsidRPr="00AC6743">
        <w:t>……………………………………</w:t>
      </w:r>
      <w:r w:rsidR="008D69CA">
        <w:t>…</w:t>
      </w:r>
      <w:r w:rsidR="00653BEB">
        <w:t>……</w:t>
      </w:r>
      <w:r w:rsidR="005C77A2">
        <w:t>…</w:t>
      </w:r>
      <w:r w:rsidR="00653BEB">
        <w:t>…</w:t>
      </w:r>
      <w:bookmarkStart w:id="1" w:name="_GoBack"/>
      <w:bookmarkEnd w:id="1"/>
      <w:r>
        <w:t>…</w:t>
      </w:r>
      <w:permEnd w:id="1016993324"/>
    </w:p>
    <w:p w14:paraId="73FFA18B" w14:textId="62EB2906" w:rsidR="00653BEB" w:rsidRPr="00653BEB" w:rsidRDefault="00086CEB" w:rsidP="005C77A2">
      <w:pPr>
        <w:pStyle w:val="Akapitzlist"/>
        <w:numPr>
          <w:ilvl w:val="0"/>
          <w:numId w:val="13"/>
        </w:numPr>
        <w:spacing w:after="40"/>
        <w:ind w:left="426" w:hanging="425"/>
        <w:jc w:val="left"/>
      </w:pPr>
      <w:r w:rsidRPr="00AC6743">
        <w:t>Nie dotyczy.</w:t>
      </w:r>
    </w:p>
    <w:p w14:paraId="38204E91" w14:textId="60E764C8" w:rsidR="00C10A9B" w:rsidRPr="00AC6743" w:rsidRDefault="00B823DE" w:rsidP="00B823DE">
      <w:pPr>
        <w:pStyle w:val="FormSection"/>
        <w:rPr>
          <w:lang w:val="pl-PL"/>
        </w:rPr>
      </w:pPr>
      <w:r w:rsidRPr="00AC6743">
        <w:rPr>
          <w:lang w:val="pl-PL"/>
        </w:rPr>
        <w:t>VIII OSOBY UCZESTNICZĄCE W OPRACOWANIU OPINII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53"/>
        <w:gridCol w:w="5100"/>
      </w:tblGrid>
      <w:tr w:rsidR="00C10A9B" w:rsidRPr="00AC6743" w14:paraId="1439DF0C" w14:textId="77777777">
        <w:trPr>
          <w:jc w:val="center"/>
        </w:trPr>
        <w:tc>
          <w:tcPr>
            <w:tcW w:w="5953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4A72E4AC" w14:textId="77777777" w:rsidR="00C10A9B" w:rsidRPr="00AC6743" w:rsidRDefault="00086CEB">
            <w:pPr>
              <w:spacing w:after="0"/>
              <w:jc w:val="center"/>
            </w:pPr>
            <w:r w:rsidRPr="00AC6743">
              <w:rPr>
                <w:b/>
                <w:color w:val="FFFFFF"/>
              </w:rPr>
              <w:t>Imię i nazwisko / stanowisko</w:t>
            </w:r>
          </w:p>
        </w:tc>
        <w:tc>
          <w:tcPr>
            <w:tcW w:w="3912" w:type="dxa"/>
            <w:shd w:val="clear" w:color="auto" w:fill="3F6F8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34BB65B7" w14:textId="77777777" w:rsidR="00C10A9B" w:rsidRPr="00AC6743" w:rsidRDefault="00086CEB">
            <w:pPr>
              <w:spacing w:after="0"/>
              <w:jc w:val="center"/>
            </w:pPr>
            <w:r w:rsidRPr="00AC6743">
              <w:rPr>
                <w:b/>
                <w:color w:val="FFFFFF"/>
              </w:rPr>
              <w:t>Podpis</w:t>
            </w:r>
          </w:p>
        </w:tc>
      </w:tr>
      <w:tr w:rsidR="00C10A9B" w:rsidRPr="00AC6743" w14:paraId="08879E82" w14:textId="77777777" w:rsidTr="005C77A2">
        <w:trPr>
          <w:cantSplit/>
          <w:trHeight w:val="567"/>
          <w:jc w:val="center"/>
        </w:trPr>
        <w:tc>
          <w:tcPr>
            <w:tcW w:w="510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  <w:vAlign w:val="bottom"/>
          </w:tcPr>
          <w:p w14:paraId="0B2E805E" w14:textId="6539AC0B" w:rsidR="00C10A9B" w:rsidRPr="00AC6743" w:rsidRDefault="005C77A2" w:rsidP="005C77A2">
            <w:pPr>
              <w:spacing w:after="0"/>
              <w:jc w:val="left"/>
            </w:pPr>
            <w:permStart w:id="1285111340" w:edGrp="everyone" w:colFirst="0" w:colLast="0"/>
            <w:r>
              <w:t>…………………………………………………………….</w:t>
            </w:r>
          </w:p>
        </w:tc>
        <w:tc>
          <w:tcPr>
            <w:tcW w:w="5100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11FF41AF" w14:textId="77777777" w:rsidR="00C10A9B" w:rsidRPr="00AC6743" w:rsidRDefault="00C10A9B">
            <w:pPr>
              <w:spacing w:after="0"/>
              <w:jc w:val="left"/>
            </w:pPr>
          </w:p>
        </w:tc>
      </w:tr>
      <w:tr w:rsidR="00C10A9B" w:rsidRPr="00AC6743" w14:paraId="4DC59D35" w14:textId="77777777" w:rsidTr="005C77A2">
        <w:trPr>
          <w:cantSplit/>
          <w:trHeight w:val="567"/>
          <w:jc w:val="center"/>
        </w:trPr>
        <w:tc>
          <w:tcPr>
            <w:tcW w:w="510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  <w:vAlign w:val="bottom"/>
          </w:tcPr>
          <w:p w14:paraId="55D8A316" w14:textId="273DA251" w:rsidR="00C10A9B" w:rsidRPr="00AC6743" w:rsidRDefault="005C77A2" w:rsidP="005C77A2">
            <w:pPr>
              <w:spacing w:after="0"/>
              <w:jc w:val="left"/>
            </w:pPr>
            <w:permStart w:id="2070305547" w:edGrp="everyone" w:colFirst="0" w:colLast="0"/>
            <w:permEnd w:id="1285111340"/>
            <w:r>
              <w:t>…………………………………………………………….</w:t>
            </w:r>
          </w:p>
        </w:tc>
        <w:tc>
          <w:tcPr>
            <w:tcW w:w="5100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72F5763B" w14:textId="77777777" w:rsidR="00C10A9B" w:rsidRPr="00AC6743" w:rsidRDefault="00C10A9B">
            <w:pPr>
              <w:spacing w:after="0"/>
              <w:jc w:val="left"/>
            </w:pPr>
          </w:p>
        </w:tc>
      </w:tr>
      <w:tr w:rsidR="00C10A9B" w:rsidRPr="00AC6743" w14:paraId="65626792" w14:textId="77777777" w:rsidTr="005C77A2">
        <w:trPr>
          <w:cantSplit/>
          <w:trHeight w:val="567"/>
          <w:jc w:val="center"/>
        </w:trPr>
        <w:tc>
          <w:tcPr>
            <w:tcW w:w="5100" w:type="dxa"/>
            <w:shd w:val="clear" w:color="auto" w:fill="DCEAF3"/>
            <w:tcMar>
              <w:top w:w="130" w:type="dxa"/>
              <w:left w:w="130" w:type="dxa"/>
              <w:bottom w:w="130" w:type="dxa"/>
              <w:right w:w="130" w:type="dxa"/>
            </w:tcMar>
            <w:vAlign w:val="bottom"/>
          </w:tcPr>
          <w:p w14:paraId="312CEA20" w14:textId="05F6CC9B" w:rsidR="00C10A9B" w:rsidRPr="00AC6743" w:rsidRDefault="005C77A2" w:rsidP="005C77A2">
            <w:pPr>
              <w:spacing w:after="0"/>
              <w:jc w:val="left"/>
            </w:pPr>
            <w:permStart w:id="463163991" w:edGrp="everyone" w:colFirst="0" w:colLast="0"/>
            <w:permEnd w:id="2070305547"/>
            <w:r>
              <w:t>…………………………………………………………….</w:t>
            </w:r>
          </w:p>
        </w:tc>
        <w:tc>
          <w:tcPr>
            <w:tcW w:w="5100" w:type="dxa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231E885F" w14:textId="77777777" w:rsidR="00C10A9B" w:rsidRPr="00AC6743" w:rsidRDefault="00C10A9B">
            <w:pPr>
              <w:spacing w:after="0"/>
              <w:jc w:val="left"/>
            </w:pPr>
          </w:p>
        </w:tc>
      </w:tr>
      <w:permEnd w:id="463163991"/>
    </w:tbl>
    <w:p w14:paraId="3F92A8A2" w14:textId="70E30365" w:rsidR="00606686" w:rsidRDefault="00606686" w:rsidP="00606686">
      <w:pPr>
        <w:spacing w:before="240"/>
        <w:jc w:val="right"/>
      </w:pPr>
    </w:p>
    <w:p w14:paraId="50062BCE" w14:textId="77777777" w:rsidR="00653BEB" w:rsidRDefault="00653BEB" w:rsidP="00606686">
      <w:pPr>
        <w:spacing w:before="240"/>
        <w:jc w:val="right"/>
      </w:pPr>
    </w:p>
    <w:p w14:paraId="3AFA74C7" w14:textId="768DF8E7" w:rsidR="00C10A9B" w:rsidRDefault="00086CEB" w:rsidP="00606686">
      <w:pPr>
        <w:spacing w:before="240"/>
        <w:jc w:val="right"/>
      </w:pPr>
      <w:r w:rsidRPr="00AC6743">
        <w:t>........................................................</w:t>
      </w:r>
      <w:r w:rsidRPr="00AC6743">
        <w:br/>
        <w:t>Podpis dyrektora</w:t>
      </w:r>
    </w:p>
    <w:sectPr w:rsidR="00C10A9B" w:rsidSect="003277DD">
      <w:footerReference w:type="default" r:id="rId9"/>
      <w:pgSz w:w="11906" w:h="16838" w:code="9"/>
      <w:pgMar w:top="568" w:right="1020" w:bottom="709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2DD47D" w14:textId="77777777" w:rsidR="00622D54" w:rsidRPr="00AC6743" w:rsidRDefault="00622D54">
      <w:pPr>
        <w:spacing w:after="0" w:line="240" w:lineRule="auto"/>
      </w:pPr>
      <w:r w:rsidRPr="00AC6743">
        <w:separator/>
      </w:r>
    </w:p>
  </w:endnote>
  <w:endnote w:type="continuationSeparator" w:id="0">
    <w:p w14:paraId="531C15B8" w14:textId="77777777" w:rsidR="00622D54" w:rsidRPr="00AC6743" w:rsidRDefault="00622D54">
      <w:pPr>
        <w:spacing w:after="0" w:line="240" w:lineRule="auto"/>
      </w:pPr>
      <w:r w:rsidRPr="00AC67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8BA6B" w14:textId="77777777" w:rsidR="00F45DB7" w:rsidRPr="00AC6743" w:rsidRDefault="00F45DB7">
    <w:pPr>
      <w:pStyle w:val="Stopka"/>
      <w:jc w:val="center"/>
    </w:pPr>
    <w:r w:rsidRPr="00AC6743">
      <w:rPr>
        <w:color w:val="6E6E6E"/>
        <w:sz w:val="18"/>
      </w:rPr>
      <w:t>Wzór opinii o funkcjonowaniu dziecka/ucznia - od 1.09.2026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585AA" w14:textId="77777777" w:rsidR="00622D54" w:rsidRPr="00AC6743" w:rsidRDefault="00622D54">
      <w:pPr>
        <w:spacing w:after="0" w:line="240" w:lineRule="auto"/>
      </w:pPr>
      <w:r w:rsidRPr="00AC6743">
        <w:separator/>
      </w:r>
    </w:p>
  </w:footnote>
  <w:footnote w:type="continuationSeparator" w:id="0">
    <w:p w14:paraId="317F015A" w14:textId="77777777" w:rsidR="00622D54" w:rsidRPr="00AC6743" w:rsidRDefault="00622D54">
      <w:pPr>
        <w:spacing w:after="0" w:line="240" w:lineRule="auto"/>
      </w:pPr>
      <w:r w:rsidRPr="00AC674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208CF"/>
    <w:multiLevelType w:val="hybridMultilevel"/>
    <w:tmpl w:val="4746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45FBA"/>
    <w:multiLevelType w:val="hybridMultilevel"/>
    <w:tmpl w:val="4CACB69C"/>
    <w:lvl w:ilvl="0" w:tplc="2A6E3E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602D2"/>
    <w:multiLevelType w:val="hybridMultilevel"/>
    <w:tmpl w:val="D3E2439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23DF5"/>
    <w:multiLevelType w:val="hybridMultilevel"/>
    <w:tmpl w:val="3AF2B902"/>
    <w:lvl w:ilvl="0" w:tplc="6F2C78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Q8QnOOc0udeShZsxglsdHnx/arKotIYV63bc2CdSP9A2Jcsz+FCezcnhNiFFda4Ajaxkw4W7jlaYsrPVnXBW7A==" w:salt="7QUttHKqSrTfWF/LkHwWN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CEB"/>
    <w:rsid w:val="000F0E52"/>
    <w:rsid w:val="001076E1"/>
    <w:rsid w:val="0012194F"/>
    <w:rsid w:val="0015074B"/>
    <w:rsid w:val="002329D5"/>
    <w:rsid w:val="002618D6"/>
    <w:rsid w:val="00284644"/>
    <w:rsid w:val="0029639D"/>
    <w:rsid w:val="002A5DE7"/>
    <w:rsid w:val="002C70FF"/>
    <w:rsid w:val="002C7924"/>
    <w:rsid w:val="00326F90"/>
    <w:rsid w:val="003277DD"/>
    <w:rsid w:val="003E0B92"/>
    <w:rsid w:val="004203FE"/>
    <w:rsid w:val="00422B55"/>
    <w:rsid w:val="004618E4"/>
    <w:rsid w:val="005A2E65"/>
    <w:rsid w:val="005C77A2"/>
    <w:rsid w:val="00606686"/>
    <w:rsid w:val="006179CC"/>
    <w:rsid w:val="00622D54"/>
    <w:rsid w:val="00625922"/>
    <w:rsid w:val="00652008"/>
    <w:rsid w:val="00653BEB"/>
    <w:rsid w:val="00695333"/>
    <w:rsid w:val="00713B13"/>
    <w:rsid w:val="00743774"/>
    <w:rsid w:val="007F2F07"/>
    <w:rsid w:val="007F5BEA"/>
    <w:rsid w:val="00896FE8"/>
    <w:rsid w:val="008D69CA"/>
    <w:rsid w:val="008F08F1"/>
    <w:rsid w:val="008F7AE3"/>
    <w:rsid w:val="009A1A43"/>
    <w:rsid w:val="009A7876"/>
    <w:rsid w:val="009D04A9"/>
    <w:rsid w:val="009E227F"/>
    <w:rsid w:val="00AA1D8D"/>
    <w:rsid w:val="00AB2896"/>
    <w:rsid w:val="00AC6743"/>
    <w:rsid w:val="00AD6602"/>
    <w:rsid w:val="00AF4BD3"/>
    <w:rsid w:val="00B12E93"/>
    <w:rsid w:val="00B46A97"/>
    <w:rsid w:val="00B47730"/>
    <w:rsid w:val="00B550A3"/>
    <w:rsid w:val="00B823DE"/>
    <w:rsid w:val="00C10A9B"/>
    <w:rsid w:val="00CB0664"/>
    <w:rsid w:val="00CC384C"/>
    <w:rsid w:val="00CE68A7"/>
    <w:rsid w:val="00D21848"/>
    <w:rsid w:val="00D5221B"/>
    <w:rsid w:val="00D70F91"/>
    <w:rsid w:val="00DB197F"/>
    <w:rsid w:val="00DE0337"/>
    <w:rsid w:val="00E33BFC"/>
    <w:rsid w:val="00E42590"/>
    <w:rsid w:val="00EF30FC"/>
    <w:rsid w:val="00F16405"/>
    <w:rsid w:val="00F45DB7"/>
    <w:rsid w:val="00F70E5B"/>
    <w:rsid w:val="00FC1DF0"/>
    <w:rsid w:val="00FC693F"/>
    <w:rsid w:val="00FD09B2"/>
    <w:rsid w:val="00F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8E666F"/>
  <w14:defaultImageDpi w14:val="300"/>
  <w15:docId w15:val="{B59731A4-791B-45BA-8F96-B33B0B84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60"/>
      <w:jc w:val="both"/>
    </w:pPr>
    <w:rPr>
      <w:rFonts w:ascii="Times New Roman" w:eastAsia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Section">
    <w:name w:val="FormSection"/>
    <w:pPr>
      <w:keepNext/>
      <w:spacing w:before="180" w:after="80"/>
    </w:pPr>
    <w:rPr>
      <w:rFonts w:ascii="Times New Roman" w:eastAsia="Times New Roman" w:hAnsi="Times New Roman"/>
      <w:b/>
      <w:color w:val="2F5974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2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2E93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526183-B515-489B-A0E4-05FDACBEB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1377</Words>
  <Characters>8268</Characters>
  <Application>Microsoft Office Word</Application>
  <DocSecurity>8</DocSecurity>
  <Lines>68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8</cp:revision>
  <cp:lastPrinted>2026-09-18T10:44:00Z</cp:lastPrinted>
  <dcterms:created xsi:type="dcterms:W3CDTF">2026-09-18T11:02:00Z</dcterms:created>
  <dcterms:modified xsi:type="dcterms:W3CDTF">2026-09-21T15:08:00Z</dcterms:modified>
</cp:coreProperties>
</file>